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DCFC3D" w14:textId="77777777" w:rsidR="003248EE" w:rsidRDefault="00000000">
      <w:pPr>
        <w:spacing w:after="60" w:line="240" w:lineRule="auto"/>
        <w:jc w:val="center"/>
      </w:pPr>
      <w:r>
        <w:rPr>
          <w:b/>
          <w:color w:val="1F4E79"/>
          <w:sz w:val="36"/>
        </w:rPr>
        <w:t>DOMANDA DI CONTRIBUTO</w:t>
      </w:r>
    </w:p>
    <w:p w14:paraId="5AC5747E" w14:textId="77777777" w:rsidR="003248EE" w:rsidRDefault="00000000">
      <w:pPr>
        <w:spacing w:after="60" w:line="240" w:lineRule="auto"/>
        <w:jc w:val="center"/>
      </w:pPr>
      <w:r>
        <w:rPr>
          <w:b/>
          <w:sz w:val="20"/>
        </w:rPr>
        <w:t>Partecipazione di minori residenti nel Comune di Condove a centri estivi organizzati presso altri Comuni – anno 2026</w:t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10312"/>
      </w:tblGrid>
      <w:tr w:rsidR="003248EE" w14:paraId="46DF3041" w14:textId="77777777">
        <w:trPr>
          <w:jc w:val="center"/>
        </w:trPr>
        <w:tc>
          <w:tcPr>
            <w:tcW w:w="10312" w:type="dxa"/>
            <w:tcBorders>
              <w:top w:val="single" w:sz="10" w:space="0" w:color="9FBAD6"/>
              <w:left w:val="single" w:sz="10" w:space="0" w:color="9FBAD6"/>
              <w:bottom w:val="single" w:sz="10" w:space="0" w:color="9FBAD6"/>
              <w:right w:val="single" w:sz="10" w:space="0" w:color="9FBAD6"/>
            </w:tcBorders>
            <w:shd w:val="clear" w:color="auto" w:fill="F2F6FA"/>
            <w:vAlign w:val="center"/>
          </w:tcPr>
          <w:p w14:paraId="6412F8C9" w14:textId="77777777" w:rsidR="003248EE" w:rsidRDefault="00000000">
            <w:pPr>
              <w:spacing w:after="0"/>
            </w:pPr>
            <w:r>
              <w:rPr>
                <w:sz w:val="17"/>
              </w:rPr>
              <w:t>Da presentare entro il termine indicato nell’avviso pubblico, utilizzando il presente modello e allegando la documentazione richiesta. Il contributo, se concesso, sarà liquidato direttamente al soggetto gestore del centro estivo.</w:t>
            </w:r>
          </w:p>
        </w:tc>
      </w:tr>
    </w:tbl>
    <w:p w14:paraId="7B4B0367" w14:textId="77777777" w:rsidR="003248EE" w:rsidRDefault="00000000">
      <w:pPr>
        <w:spacing w:after="60" w:line="240" w:lineRule="auto"/>
        <w:jc w:val="right"/>
      </w:pPr>
      <w:r>
        <w:rPr>
          <w:b/>
        </w:rPr>
        <w:t>Al Comune di Condove</w:t>
      </w:r>
      <w:r>
        <w:rPr>
          <w:b/>
        </w:rPr>
        <w:br/>
        <w:t>Area Amministrativa</w:t>
      </w:r>
      <w:r>
        <w:rPr>
          <w:b/>
        </w:rPr>
        <w:br/>
        <w:t>Piazza Martiri della Libertà n. 7</w:t>
      </w:r>
      <w:r>
        <w:rPr>
          <w:b/>
        </w:rPr>
        <w:br/>
        <w:t>10055 Condove (TO)</w:t>
      </w:r>
    </w:p>
    <w:p w14:paraId="07CE85CD" w14:textId="77777777" w:rsidR="003248EE" w:rsidRDefault="00000000">
      <w:pPr>
        <w:pStyle w:val="Titolo2"/>
        <w:spacing w:after="60" w:line="240" w:lineRule="auto"/>
      </w:pPr>
      <w:r>
        <w:t>1. Dati del richiedente</w:t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1750"/>
        <w:gridCol w:w="2744"/>
        <w:gridCol w:w="1511"/>
        <w:gridCol w:w="4523"/>
      </w:tblGrid>
      <w:tr w:rsidR="003248EE" w14:paraId="05187A3D" w14:textId="77777777">
        <w:trPr>
          <w:jc w:val="center"/>
        </w:trPr>
        <w:tc>
          <w:tcPr>
            <w:tcW w:w="1871" w:type="dxa"/>
            <w:tcBorders>
              <w:top w:val="single" w:sz="8" w:space="0" w:color="B7C7D9"/>
              <w:left w:val="single" w:sz="8" w:space="0" w:color="B7C7D9"/>
              <w:bottom w:val="single" w:sz="8" w:space="0" w:color="B7C7D9"/>
              <w:right w:val="single" w:sz="8" w:space="0" w:color="B7C7D9"/>
            </w:tcBorders>
            <w:shd w:val="clear" w:color="auto" w:fill="EAF1F8"/>
            <w:vAlign w:val="center"/>
          </w:tcPr>
          <w:p w14:paraId="18EFB4DC" w14:textId="77777777" w:rsidR="003248EE" w:rsidRDefault="00000000">
            <w:pPr>
              <w:spacing w:after="0"/>
            </w:pPr>
            <w:r>
              <w:rPr>
                <w:b/>
                <w:sz w:val="17"/>
              </w:rPr>
              <w:t>Cognome e nome</w:t>
            </w:r>
          </w:p>
        </w:tc>
        <w:tc>
          <w:tcPr>
            <w:tcW w:w="3061" w:type="dxa"/>
            <w:tcBorders>
              <w:top w:val="single" w:sz="8" w:space="0" w:color="B7C7D9"/>
              <w:left w:val="single" w:sz="8" w:space="0" w:color="B7C7D9"/>
              <w:bottom w:val="single" w:sz="8" w:space="0" w:color="B7C7D9"/>
              <w:right w:val="single" w:sz="8" w:space="0" w:color="B7C7D9"/>
            </w:tcBorders>
            <w:vAlign w:val="center"/>
          </w:tcPr>
          <w:p w14:paraId="3EFA15EB" w14:textId="77777777" w:rsidR="003248EE" w:rsidRDefault="003248EE">
            <w:pPr>
              <w:spacing w:after="0"/>
            </w:pPr>
          </w:p>
        </w:tc>
        <w:tc>
          <w:tcPr>
            <w:tcW w:w="1587" w:type="dxa"/>
            <w:tcBorders>
              <w:top w:val="single" w:sz="8" w:space="0" w:color="B7C7D9"/>
              <w:left w:val="single" w:sz="8" w:space="0" w:color="B7C7D9"/>
              <w:bottom w:val="single" w:sz="8" w:space="0" w:color="B7C7D9"/>
              <w:right w:val="single" w:sz="8" w:space="0" w:color="B7C7D9"/>
            </w:tcBorders>
            <w:shd w:val="clear" w:color="auto" w:fill="EAF1F8"/>
            <w:vAlign w:val="center"/>
          </w:tcPr>
          <w:p w14:paraId="1B27A27A" w14:textId="77777777" w:rsidR="003248EE" w:rsidRDefault="00000000">
            <w:pPr>
              <w:spacing w:after="0"/>
            </w:pPr>
            <w:r>
              <w:rPr>
                <w:b/>
                <w:sz w:val="17"/>
              </w:rPr>
              <w:t>Nato/a a</w:t>
            </w:r>
          </w:p>
        </w:tc>
        <w:tc>
          <w:tcPr>
            <w:tcW w:w="3118" w:type="dxa"/>
            <w:tcBorders>
              <w:top w:val="single" w:sz="8" w:space="0" w:color="B7C7D9"/>
              <w:left w:val="single" w:sz="8" w:space="0" w:color="B7C7D9"/>
              <w:bottom w:val="single" w:sz="8" w:space="0" w:color="B7C7D9"/>
              <w:right w:val="single" w:sz="8" w:space="0" w:color="B7C7D9"/>
            </w:tcBorders>
            <w:vAlign w:val="center"/>
          </w:tcPr>
          <w:p w14:paraId="5A90EE72" w14:textId="77777777" w:rsidR="003248EE" w:rsidRDefault="003248EE">
            <w:pPr>
              <w:spacing w:after="0"/>
            </w:pPr>
          </w:p>
        </w:tc>
      </w:tr>
      <w:tr w:rsidR="003248EE" w14:paraId="02549BFD" w14:textId="77777777">
        <w:trPr>
          <w:jc w:val="center"/>
        </w:trPr>
        <w:tc>
          <w:tcPr>
            <w:tcW w:w="1871" w:type="dxa"/>
            <w:tcBorders>
              <w:top w:val="single" w:sz="8" w:space="0" w:color="B7C7D9"/>
              <w:left w:val="single" w:sz="8" w:space="0" w:color="B7C7D9"/>
              <w:bottom w:val="single" w:sz="8" w:space="0" w:color="B7C7D9"/>
              <w:right w:val="single" w:sz="8" w:space="0" w:color="B7C7D9"/>
            </w:tcBorders>
            <w:shd w:val="clear" w:color="auto" w:fill="EAF1F8"/>
            <w:vAlign w:val="center"/>
          </w:tcPr>
          <w:p w14:paraId="17161C14" w14:textId="77777777" w:rsidR="003248EE" w:rsidRDefault="00000000">
            <w:pPr>
              <w:spacing w:after="0"/>
            </w:pPr>
            <w:r>
              <w:rPr>
                <w:b/>
                <w:sz w:val="17"/>
              </w:rPr>
              <w:t>Data di nascita</w:t>
            </w:r>
          </w:p>
        </w:tc>
        <w:tc>
          <w:tcPr>
            <w:tcW w:w="3061" w:type="dxa"/>
            <w:tcBorders>
              <w:top w:val="single" w:sz="8" w:space="0" w:color="B7C7D9"/>
              <w:left w:val="single" w:sz="8" w:space="0" w:color="B7C7D9"/>
              <w:bottom w:val="single" w:sz="8" w:space="0" w:color="B7C7D9"/>
              <w:right w:val="single" w:sz="8" w:space="0" w:color="B7C7D9"/>
            </w:tcBorders>
            <w:vAlign w:val="center"/>
          </w:tcPr>
          <w:p w14:paraId="463FDB4B" w14:textId="77777777" w:rsidR="003248EE" w:rsidRDefault="00000000">
            <w:pPr>
              <w:spacing w:after="0"/>
            </w:pPr>
            <w:r>
              <w:rPr>
                <w:color w:val="737373"/>
                <w:sz w:val="17"/>
              </w:rPr>
              <w:t>____ / ____ / ______</w:t>
            </w:r>
          </w:p>
        </w:tc>
        <w:tc>
          <w:tcPr>
            <w:tcW w:w="1587" w:type="dxa"/>
            <w:tcBorders>
              <w:top w:val="single" w:sz="8" w:space="0" w:color="B7C7D9"/>
              <w:left w:val="single" w:sz="8" w:space="0" w:color="B7C7D9"/>
              <w:bottom w:val="single" w:sz="8" w:space="0" w:color="B7C7D9"/>
              <w:right w:val="single" w:sz="8" w:space="0" w:color="B7C7D9"/>
            </w:tcBorders>
            <w:shd w:val="clear" w:color="auto" w:fill="EAF1F8"/>
            <w:vAlign w:val="center"/>
          </w:tcPr>
          <w:p w14:paraId="1ACCB6A6" w14:textId="77777777" w:rsidR="003248EE" w:rsidRDefault="00000000">
            <w:pPr>
              <w:spacing w:after="0"/>
            </w:pPr>
            <w:r>
              <w:rPr>
                <w:b/>
                <w:sz w:val="17"/>
              </w:rPr>
              <w:t>Codice fiscale</w:t>
            </w:r>
          </w:p>
        </w:tc>
        <w:tc>
          <w:tcPr>
            <w:tcW w:w="3118" w:type="dxa"/>
            <w:tcBorders>
              <w:top w:val="single" w:sz="8" w:space="0" w:color="B7C7D9"/>
              <w:left w:val="single" w:sz="8" w:space="0" w:color="B7C7D9"/>
              <w:bottom w:val="single" w:sz="8" w:space="0" w:color="B7C7D9"/>
              <w:right w:val="single" w:sz="8" w:space="0" w:color="B7C7D9"/>
            </w:tcBorders>
            <w:vAlign w:val="center"/>
          </w:tcPr>
          <w:p w14:paraId="3A87AF15" w14:textId="77777777" w:rsidR="003248EE" w:rsidRDefault="003248EE">
            <w:pPr>
              <w:spacing w:after="0"/>
            </w:pPr>
          </w:p>
        </w:tc>
      </w:tr>
      <w:tr w:rsidR="003248EE" w14:paraId="4914AADF" w14:textId="77777777">
        <w:trPr>
          <w:jc w:val="center"/>
        </w:trPr>
        <w:tc>
          <w:tcPr>
            <w:tcW w:w="1871" w:type="dxa"/>
            <w:tcBorders>
              <w:top w:val="single" w:sz="8" w:space="0" w:color="B7C7D9"/>
              <w:left w:val="single" w:sz="8" w:space="0" w:color="B7C7D9"/>
              <w:bottom w:val="single" w:sz="8" w:space="0" w:color="B7C7D9"/>
              <w:right w:val="single" w:sz="8" w:space="0" w:color="B7C7D9"/>
            </w:tcBorders>
            <w:shd w:val="clear" w:color="auto" w:fill="EAF1F8"/>
            <w:vAlign w:val="center"/>
          </w:tcPr>
          <w:p w14:paraId="02F0E6D8" w14:textId="77777777" w:rsidR="003248EE" w:rsidRDefault="00000000">
            <w:pPr>
              <w:spacing w:after="0"/>
            </w:pPr>
            <w:r>
              <w:rPr>
                <w:b/>
                <w:sz w:val="17"/>
              </w:rPr>
              <w:t>Comune di residenza</w:t>
            </w:r>
          </w:p>
        </w:tc>
        <w:tc>
          <w:tcPr>
            <w:tcW w:w="3061" w:type="dxa"/>
            <w:tcBorders>
              <w:top w:val="single" w:sz="8" w:space="0" w:color="B7C7D9"/>
              <w:left w:val="single" w:sz="8" w:space="0" w:color="B7C7D9"/>
              <w:bottom w:val="single" w:sz="8" w:space="0" w:color="B7C7D9"/>
              <w:right w:val="single" w:sz="8" w:space="0" w:color="B7C7D9"/>
            </w:tcBorders>
            <w:vAlign w:val="center"/>
          </w:tcPr>
          <w:p w14:paraId="6ED4AD35" w14:textId="77777777" w:rsidR="003248EE" w:rsidRDefault="003248EE">
            <w:pPr>
              <w:spacing w:after="0"/>
            </w:pPr>
          </w:p>
        </w:tc>
        <w:tc>
          <w:tcPr>
            <w:tcW w:w="1587" w:type="dxa"/>
            <w:tcBorders>
              <w:top w:val="single" w:sz="8" w:space="0" w:color="B7C7D9"/>
              <w:left w:val="single" w:sz="8" w:space="0" w:color="B7C7D9"/>
              <w:bottom w:val="single" w:sz="8" w:space="0" w:color="B7C7D9"/>
              <w:right w:val="single" w:sz="8" w:space="0" w:color="B7C7D9"/>
            </w:tcBorders>
            <w:shd w:val="clear" w:color="auto" w:fill="EAF1F8"/>
            <w:vAlign w:val="center"/>
          </w:tcPr>
          <w:p w14:paraId="7005B8B1" w14:textId="77777777" w:rsidR="003248EE" w:rsidRDefault="00000000">
            <w:pPr>
              <w:spacing w:after="0"/>
            </w:pPr>
            <w:r>
              <w:rPr>
                <w:b/>
                <w:sz w:val="17"/>
              </w:rPr>
              <w:t>Via/Piazza e n.</w:t>
            </w:r>
          </w:p>
        </w:tc>
        <w:tc>
          <w:tcPr>
            <w:tcW w:w="3118" w:type="dxa"/>
            <w:tcBorders>
              <w:top w:val="single" w:sz="8" w:space="0" w:color="B7C7D9"/>
              <w:left w:val="single" w:sz="8" w:space="0" w:color="B7C7D9"/>
              <w:bottom w:val="single" w:sz="8" w:space="0" w:color="B7C7D9"/>
              <w:right w:val="single" w:sz="8" w:space="0" w:color="B7C7D9"/>
            </w:tcBorders>
            <w:vAlign w:val="center"/>
          </w:tcPr>
          <w:p w14:paraId="268B4CF9" w14:textId="77777777" w:rsidR="003248EE" w:rsidRDefault="003248EE">
            <w:pPr>
              <w:spacing w:after="0"/>
            </w:pPr>
          </w:p>
        </w:tc>
      </w:tr>
      <w:tr w:rsidR="003248EE" w14:paraId="58ABB19B" w14:textId="77777777">
        <w:trPr>
          <w:jc w:val="center"/>
        </w:trPr>
        <w:tc>
          <w:tcPr>
            <w:tcW w:w="1871" w:type="dxa"/>
            <w:tcBorders>
              <w:top w:val="single" w:sz="8" w:space="0" w:color="B7C7D9"/>
              <w:left w:val="single" w:sz="8" w:space="0" w:color="B7C7D9"/>
              <w:bottom w:val="single" w:sz="8" w:space="0" w:color="B7C7D9"/>
              <w:right w:val="single" w:sz="8" w:space="0" w:color="B7C7D9"/>
            </w:tcBorders>
            <w:shd w:val="clear" w:color="auto" w:fill="EAF1F8"/>
            <w:vAlign w:val="center"/>
          </w:tcPr>
          <w:p w14:paraId="38EC129E" w14:textId="77777777" w:rsidR="003248EE" w:rsidRDefault="00000000">
            <w:pPr>
              <w:spacing w:after="0"/>
            </w:pPr>
            <w:r>
              <w:rPr>
                <w:b/>
                <w:sz w:val="17"/>
              </w:rPr>
              <w:t>Telefono</w:t>
            </w:r>
          </w:p>
        </w:tc>
        <w:tc>
          <w:tcPr>
            <w:tcW w:w="3061" w:type="dxa"/>
            <w:tcBorders>
              <w:top w:val="single" w:sz="8" w:space="0" w:color="B7C7D9"/>
              <w:left w:val="single" w:sz="8" w:space="0" w:color="B7C7D9"/>
              <w:bottom w:val="single" w:sz="8" w:space="0" w:color="B7C7D9"/>
              <w:right w:val="single" w:sz="8" w:space="0" w:color="B7C7D9"/>
            </w:tcBorders>
            <w:vAlign w:val="center"/>
          </w:tcPr>
          <w:p w14:paraId="5392F690" w14:textId="77777777" w:rsidR="003248EE" w:rsidRDefault="003248EE">
            <w:pPr>
              <w:spacing w:after="0"/>
            </w:pPr>
          </w:p>
        </w:tc>
        <w:tc>
          <w:tcPr>
            <w:tcW w:w="1587" w:type="dxa"/>
            <w:tcBorders>
              <w:top w:val="single" w:sz="8" w:space="0" w:color="B7C7D9"/>
              <w:left w:val="single" w:sz="8" w:space="0" w:color="B7C7D9"/>
              <w:bottom w:val="single" w:sz="8" w:space="0" w:color="B7C7D9"/>
              <w:right w:val="single" w:sz="8" w:space="0" w:color="B7C7D9"/>
            </w:tcBorders>
            <w:shd w:val="clear" w:color="auto" w:fill="EAF1F8"/>
            <w:vAlign w:val="center"/>
          </w:tcPr>
          <w:p w14:paraId="4809D0DF" w14:textId="77777777" w:rsidR="003248EE" w:rsidRDefault="00000000">
            <w:pPr>
              <w:spacing w:after="0"/>
            </w:pPr>
            <w:r>
              <w:rPr>
                <w:b/>
                <w:sz w:val="17"/>
              </w:rPr>
              <w:t>E-mail / PEC</w:t>
            </w:r>
          </w:p>
        </w:tc>
        <w:tc>
          <w:tcPr>
            <w:tcW w:w="3118" w:type="dxa"/>
            <w:tcBorders>
              <w:top w:val="single" w:sz="8" w:space="0" w:color="B7C7D9"/>
              <w:left w:val="single" w:sz="8" w:space="0" w:color="B7C7D9"/>
              <w:bottom w:val="single" w:sz="8" w:space="0" w:color="B7C7D9"/>
              <w:right w:val="single" w:sz="8" w:space="0" w:color="B7C7D9"/>
            </w:tcBorders>
            <w:vAlign w:val="center"/>
          </w:tcPr>
          <w:p w14:paraId="3B9EDDB1" w14:textId="77777777" w:rsidR="003248EE" w:rsidRDefault="003248EE">
            <w:pPr>
              <w:spacing w:after="0"/>
            </w:pPr>
          </w:p>
        </w:tc>
      </w:tr>
      <w:tr w:rsidR="003248EE" w14:paraId="3B071037" w14:textId="77777777">
        <w:trPr>
          <w:jc w:val="center"/>
        </w:trPr>
        <w:tc>
          <w:tcPr>
            <w:tcW w:w="2835" w:type="dxa"/>
            <w:gridSpan w:val="2"/>
            <w:tcBorders>
              <w:top w:val="single" w:sz="8" w:space="0" w:color="B7C7D9"/>
              <w:left w:val="single" w:sz="8" w:space="0" w:color="B7C7D9"/>
              <w:bottom w:val="single" w:sz="8" w:space="0" w:color="B7C7D9"/>
              <w:right w:val="single" w:sz="8" w:space="0" w:color="B7C7D9"/>
            </w:tcBorders>
            <w:shd w:val="clear" w:color="auto" w:fill="EAF1F8"/>
            <w:vAlign w:val="center"/>
          </w:tcPr>
          <w:p w14:paraId="4DC96D23" w14:textId="77777777" w:rsidR="003248EE" w:rsidRDefault="00000000">
            <w:pPr>
              <w:spacing w:after="0"/>
            </w:pPr>
            <w:r>
              <w:rPr>
                <w:b/>
                <w:sz w:val="17"/>
              </w:rPr>
              <w:t>In qualità di</w:t>
            </w:r>
          </w:p>
        </w:tc>
        <w:tc>
          <w:tcPr>
            <w:tcW w:w="6804" w:type="dxa"/>
            <w:gridSpan w:val="2"/>
            <w:tcBorders>
              <w:top w:val="single" w:sz="8" w:space="0" w:color="B7C7D9"/>
              <w:left w:val="single" w:sz="8" w:space="0" w:color="B7C7D9"/>
              <w:bottom w:val="single" w:sz="8" w:space="0" w:color="B7C7D9"/>
              <w:right w:val="single" w:sz="8" w:space="0" w:color="B7C7D9"/>
            </w:tcBorders>
            <w:vAlign w:val="center"/>
          </w:tcPr>
          <w:p w14:paraId="436CABC9" w14:textId="77777777" w:rsidR="003248EE" w:rsidRDefault="00000000">
            <w:pPr>
              <w:spacing w:after="0"/>
            </w:pPr>
            <w:r>
              <w:rPr>
                <w:color w:val="737373"/>
                <w:sz w:val="17"/>
              </w:rPr>
              <w:t>☐ genitore     ☐ tutore     ☐ esercente la responsabilità genitoriale</w:t>
            </w:r>
          </w:p>
        </w:tc>
      </w:tr>
    </w:tbl>
    <w:p w14:paraId="1905F1CA" w14:textId="77777777" w:rsidR="003248EE" w:rsidRDefault="00000000">
      <w:pPr>
        <w:pStyle w:val="Titolo2"/>
        <w:spacing w:after="60" w:line="240" w:lineRule="auto"/>
      </w:pPr>
      <w:r>
        <w:t>2. Dati del minore</w:t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1871"/>
        <w:gridCol w:w="3061"/>
        <w:gridCol w:w="1587"/>
        <w:gridCol w:w="3118"/>
      </w:tblGrid>
      <w:tr w:rsidR="003248EE" w14:paraId="5DEE8CF9" w14:textId="77777777">
        <w:trPr>
          <w:jc w:val="center"/>
        </w:trPr>
        <w:tc>
          <w:tcPr>
            <w:tcW w:w="1871" w:type="dxa"/>
            <w:tcBorders>
              <w:top w:val="single" w:sz="8" w:space="0" w:color="B7C7D9"/>
              <w:left w:val="single" w:sz="8" w:space="0" w:color="B7C7D9"/>
              <w:bottom w:val="single" w:sz="8" w:space="0" w:color="B7C7D9"/>
              <w:right w:val="single" w:sz="8" w:space="0" w:color="B7C7D9"/>
            </w:tcBorders>
            <w:shd w:val="clear" w:color="auto" w:fill="EAF1F8"/>
            <w:vAlign w:val="center"/>
          </w:tcPr>
          <w:p w14:paraId="141983C3" w14:textId="77777777" w:rsidR="003248EE" w:rsidRDefault="00000000">
            <w:pPr>
              <w:spacing w:after="0"/>
            </w:pPr>
            <w:r>
              <w:rPr>
                <w:b/>
                <w:sz w:val="17"/>
              </w:rPr>
              <w:t>Cognome e nome</w:t>
            </w:r>
          </w:p>
        </w:tc>
        <w:tc>
          <w:tcPr>
            <w:tcW w:w="3061" w:type="dxa"/>
            <w:tcBorders>
              <w:top w:val="single" w:sz="8" w:space="0" w:color="B7C7D9"/>
              <w:left w:val="single" w:sz="8" w:space="0" w:color="B7C7D9"/>
              <w:bottom w:val="single" w:sz="8" w:space="0" w:color="B7C7D9"/>
              <w:right w:val="single" w:sz="8" w:space="0" w:color="B7C7D9"/>
            </w:tcBorders>
            <w:vAlign w:val="center"/>
          </w:tcPr>
          <w:p w14:paraId="31E09E37" w14:textId="77777777" w:rsidR="003248EE" w:rsidRDefault="003248EE">
            <w:pPr>
              <w:spacing w:after="0"/>
            </w:pPr>
          </w:p>
        </w:tc>
        <w:tc>
          <w:tcPr>
            <w:tcW w:w="1587" w:type="dxa"/>
            <w:tcBorders>
              <w:top w:val="single" w:sz="8" w:space="0" w:color="B7C7D9"/>
              <w:left w:val="single" w:sz="8" w:space="0" w:color="B7C7D9"/>
              <w:bottom w:val="single" w:sz="8" w:space="0" w:color="B7C7D9"/>
              <w:right w:val="single" w:sz="8" w:space="0" w:color="B7C7D9"/>
            </w:tcBorders>
            <w:shd w:val="clear" w:color="auto" w:fill="EAF1F8"/>
            <w:vAlign w:val="center"/>
          </w:tcPr>
          <w:p w14:paraId="11227DAC" w14:textId="77777777" w:rsidR="003248EE" w:rsidRDefault="00000000">
            <w:pPr>
              <w:spacing w:after="0"/>
            </w:pPr>
            <w:r>
              <w:rPr>
                <w:b/>
                <w:sz w:val="17"/>
              </w:rPr>
              <w:t>Nato/a a</w:t>
            </w:r>
          </w:p>
        </w:tc>
        <w:tc>
          <w:tcPr>
            <w:tcW w:w="3118" w:type="dxa"/>
            <w:tcBorders>
              <w:top w:val="single" w:sz="8" w:space="0" w:color="B7C7D9"/>
              <w:left w:val="single" w:sz="8" w:space="0" w:color="B7C7D9"/>
              <w:bottom w:val="single" w:sz="8" w:space="0" w:color="B7C7D9"/>
              <w:right w:val="single" w:sz="8" w:space="0" w:color="B7C7D9"/>
            </w:tcBorders>
            <w:vAlign w:val="center"/>
          </w:tcPr>
          <w:p w14:paraId="733BF337" w14:textId="77777777" w:rsidR="003248EE" w:rsidRDefault="003248EE">
            <w:pPr>
              <w:spacing w:after="0"/>
            </w:pPr>
          </w:p>
        </w:tc>
      </w:tr>
      <w:tr w:rsidR="003248EE" w14:paraId="6219CB27" w14:textId="77777777">
        <w:trPr>
          <w:jc w:val="center"/>
        </w:trPr>
        <w:tc>
          <w:tcPr>
            <w:tcW w:w="1871" w:type="dxa"/>
            <w:tcBorders>
              <w:top w:val="single" w:sz="8" w:space="0" w:color="B7C7D9"/>
              <w:left w:val="single" w:sz="8" w:space="0" w:color="B7C7D9"/>
              <w:bottom w:val="single" w:sz="8" w:space="0" w:color="B7C7D9"/>
              <w:right w:val="single" w:sz="8" w:space="0" w:color="B7C7D9"/>
            </w:tcBorders>
            <w:shd w:val="clear" w:color="auto" w:fill="EAF1F8"/>
            <w:vAlign w:val="center"/>
          </w:tcPr>
          <w:p w14:paraId="23A32060" w14:textId="77777777" w:rsidR="003248EE" w:rsidRDefault="00000000">
            <w:pPr>
              <w:spacing w:after="0"/>
            </w:pPr>
            <w:r>
              <w:rPr>
                <w:b/>
                <w:sz w:val="17"/>
              </w:rPr>
              <w:t>Data di nascita</w:t>
            </w:r>
          </w:p>
        </w:tc>
        <w:tc>
          <w:tcPr>
            <w:tcW w:w="3061" w:type="dxa"/>
            <w:tcBorders>
              <w:top w:val="single" w:sz="8" w:space="0" w:color="B7C7D9"/>
              <w:left w:val="single" w:sz="8" w:space="0" w:color="B7C7D9"/>
              <w:bottom w:val="single" w:sz="8" w:space="0" w:color="B7C7D9"/>
              <w:right w:val="single" w:sz="8" w:space="0" w:color="B7C7D9"/>
            </w:tcBorders>
            <w:vAlign w:val="center"/>
          </w:tcPr>
          <w:p w14:paraId="441DB647" w14:textId="77777777" w:rsidR="003248EE" w:rsidRDefault="00000000">
            <w:pPr>
              <w:spacing w:after="0"/>
            </w:pPr>
            <w:r>
              <w:rPr>
                <w:color w:val="737373"/>
                <w:sz w:val="17"/>
              </w:rPr>
              <w:t>____ / ____ / ______</w:t>
            </w:r>
          </w:p>
        </w:tc>
        <w:tc>
          <w:tcPr>
            <w:tcW w:w="1587" w:type="dxa"/>
            <w:tcBorders>
              <w:top w:val="single" w:sz="8" w:space="0" w:color="B7C7D9"/>
              <w:left w:val="single" w:sz="8" w:space="0" w:color="B7C7D9"/>
              <w:bottom w:val="single" w:sz="8" w:space="0" w:color="B7C7D9"/>
              <w:right w:val="single" w:sz="8" w:space="0" w:color="B7C7D9"/>
            </w:tcBorders>
            <w:shd w:val="clear" w:color="auto" w:fill="EAF1F8"/>
            <w:vAlign w:val="center"/>
          </w:tcPr>
          <w:p w14:paraId="42E68C7F" w14:textId="77777777" w:rsidR="003248EE" w:rsidRDefault="00000000">
            <w:pPr>
              <w:spacing w:after="0"/>
            </w:pPr>
            <w:r>
              <w:rPr>
                <w:b/>
                <w:sz w:val="17"/>
              </w:rPr>
              <w:t>Codice fiscale</w:t>
            </w:r>
          </w:p>
        </w:tc>
        <w:tc>
          <w:tcPr>
            <w:tcW w:w="3118" w:type="dxa"/>
            <w:tcBorders>
              <w:top w:val="single" w:sz="8" w:space="0" w:color="B7C7D9"/>
              <w:left w:val="single" w:sz="8" w:space="0" w:color="B7C7D9"/>
              <w:bottom w:val="single" w:sz="8" w:space="0" w:color="B7C7D9"/>
              <w:right w:val="single" w:sz="8" w:space="0" w:color="B7C7D9"/>
            </w:tcBorders>
            <w:vAlign w:val="center"/>
          </w:tcPr>
          <w:p w14:paraId="21A8C1A6" w14:textId="77777777" w:rsidR="003248EE" w:rsidRDefault="003248EE">
            <w:pPr>
              <w:spacing w:after="0"/>
            </w:pPr>
          </w:p>
        </w:tc>
      </w:tr>
      <w:tr w:rsidR="003248EE" w14:paraId="09837D4E" w14:textId="77777777">
        <w:trPr>
          <w:jc w:val="center"/>
        </w:trPr>
        <w:tc>
          <w:tcPr>
            <w:tcW w:w="1871" w:type="dxa"/>
            <w:tcBorders>
              <w:top w:val="single" w:sz="8" w:space="0" w:color="B7C7D9"/>
              <w:left w:val="single" w:sz="8" w:space="0" w:color="B7C7D9"/>
              <w:bottom w:val="single" w:sz="8" w:space="0" w:color="B7C7D9"/>
              <w:right w:val="single" w:sz="8" w:space="0" w:color="B7C7D9"/>
            </w:tcBorders>
            <w:shd w:val="clear" w:color="auto" w:fill="EAF1F8"/>
            <w:vAlign w:val="center"/>
          </w:tcPr>
          <w:p w14:paraId="12938CCF" w14:textId="77777777" w:rsidR="003248EE" w:rsidRDefault="00000000">
            <w:pPr>
              <w:spacing w:after="0"/>
            </w:pPr>
            <w:r>
              <w:rPr>
                <w:b/>
                <w:sz w:val="17"/>
              </w:rPr>
              <w:t>Residenza</w:t>
            </w:r>
          </w:p>
        </w:tc>
        <w:tc>
          <w:tcPr>
            <w:tcW w:w="3061" w:type="dxa"/>
            <w:tcBorders>
              <w:top w:val="single" w:sz="8" w:space="0" w:color="B7C7D9"/>
              <w:left w:val="single" w:sz="8" w:space="0" w:color="B7C7D9"/>
              <w:bottom w:val="single" w:sz="8" w:space="0" w:color="B7C7D9"/>
              <w:right w:val="single" w:sz="8" w:space="0" w:color="B7C7D9"/>
            </w:tcBorders>
            <w:vAlign w:val="center"/>
          </w:tcPr>
          <w:p w14:paraId="418D9B6B" w14:textId="77777777" w:rsidR="003248EE" w:rsidRDefault="00000000">
            <w:pPr>
              <w:spacing w:after="0"/>
            </w:pPr>
            <w:r>
              <w:rPr>
                <w:color w:val="737373"/>
                <w:sz w:val="17"/>
              </w:rPr>
              <w:t>Condove</w:t>
            </w:r>
          </w:p>
        </w:tc>
        <w:tc>
          <w:tcPr>
            <w:tcW w:w="1587" w:type="dxa"/>
            <w:tcBorders>
              <w:top w:val="single" w:sz="8" w:space="0" w:color="B7C7D9"/>
              <w:left w:val="single" w:sz="8" w:space="0" w:color="B7C7D9"/>
              <w:bottom w:val="single" w:sz="8" w:space="0" w:color="B7C7D9"/>
              <w:right w:val="single" w:sz="8" w:space="0" w:color="B7C7D9"/>
            </w:tcBorders>
            <w:shd w:val="clear" w:color="auto" w:fill="EAF1F8"/>
            <w:vAlign w:val="center"/>
          </w:tcPr>
          <w:p w14:paraId="709036E1" w14:textId="77777777" w:rsidR="003248EE" w:rsidRDefault="00000000">
            <w:pPr>
              <w:spacing w:after="0"/>
            </w:pPr>
            <w:r>
              <w:rPr>
                <w:b/>
                <w:sz w:val="17"/>
              </w:rPr>
              <w:t>Via/Piazza e n.</w:t>
            </w:r>
          </w:p>
        </w:tc>
        <w:tc>
          <w:tcPr>
            <w:tcW w:w="3118" w:type="dxa"/>
            <w:tcBorders>
              <w:top w:val="single" w:sz="8" w:space="0" w:color="B7C7D9"/>
              <w:left w:val="single" w:sz="8" w:space="0" w:color="B7C7D9"/>
              <w:bottom w:val="single" w:sz="8" w:space="0" w:color="B7C7D9"/>
              <w:right w:val="single" w:sz="8" w:space="0" w:color="B7C7D9"/>
            </w:tcBorders>
            <w:vAlign w:val="center"/>
          </w:tcPr>
          <w:p w14:paraId="67963BDD" w14:textId="77777777" w:rsidR="003248EE" w:rsidRDefault="003248EE">
            <w:pPr>
              <w:spacing w:after="0"/>
            </w:pPr>
          </w:p>
        </w:tc>
      </w:tr>
    </w:tbl>
    <w:p w14:paraId="146AE205" w14:textId="77777777" w:rsidR="003248EE" w:rsidRDefault="00000000">
      <w:pPr>
        <w:pStyle w:val="Titolo2"/>
        <w:spacing w:after="60" w:line="240" w:lineRule="auto"/>
      </w:pPr>
      <w:r>
        <w:t>3. Centro estivo per il quale si richiede il contributo</w:t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1871"/>
        <w:gridCol w:w="3061"/>
        <w:gridCol w:w="1587"/>
        <w:gridCol w:w="3118"/>
      </w:tblGrid>
      <w:tr w:rsidR="003248EE" w14:paraId="411327F6" w14:textId="77777777">
        <w:trPr>
          <w:jc w:val="center"/>
        </w:trPr>
        <w:tc>
          <w:tcPr>
            <w:tcW w:w="1871" w:type="dxa"/>
            <w:tcBorders>
              <w:top w:val="single" w:sz="8" w:space="0" w:color="B7C7D9"/>
              <w:left w:val="single" w:sz="8" w:space="0" w:color="B7C7D9"/>
              <w:bottom w:val="single" w:sz="8" w:space="0" w:color="B7C7D9"/>
              <w:right w:val="single" w:sz="8" w:space="0" w:color="B7C7D9"/>
            </w:tcBorders>
            <w:shd w:val="clear" w:color="auto" w:fill="EAF1F8"/>
            <w:vAlign w:val="center"/>
          </w:tcPr>
          <w:p w14:paraId="636D94A2" w14:textId="77777777" w:rsidR="003248EE" w:rsidRDefault="00000000">
            <w:pPr>
              <w:spacing w:after="0"/>
            </w:pPr>
            <w:r>
              <w:rPr>
                <w:b/>
                <w:sz w:val="17"/>
              </w:rPr>
              <w:t>Denominazione centro estivo</w:t>
            </w:r>
          </w:p>
        </w:tc>
        <w:tc>
          <w:tcPr>
            <w:tcW w:w="3061" w:type="dxa"/>
            <w:tcBorders>
              <w:top w:val="single" w:sz="8" w:space="0" w:color="B7C7D9"/>
              <w:left w:val="single" w:sz="8" w:space="0" w:color="B7C7D9"/>
              <w:bottom w:val="single" w:sz="8" w:space="0" w:color="B7C7D9"/>
              <w:right w:val="single" w:sz="8" w:space="0" w:color="B7C7D9"/>
            </w:tcBorders>
            <w:vAlign w:val="center"/>
          </w:tcPr>
          <w:p w14:paraId="7DEBFB3E" w14:textId="77777777" w:rsidR="003248EE" w:rsidRDefault="003248EE">
            <w:pPr>
              <w:spacing w:after="0"/>
            </w:pPr>
          </w:p>
        </w:tc>
        <w:tc>
          <w:tcPr>
            <w:tcW w:w="1587" w:type="dxa"/>
            <w:tcBorders>
              <w:top w:val="single" w:sz="8" w:space="0" w:color="B7C7D9"/>
              <w:left w:val="single" w:sz="8" w:space="0" w:color="B7C7D9"/>
              <w:bottom w:val="single" w:sz="8" w:space="0" w:color="B7C7D9"/>
              <w:right w:val="single" w:sz="8" w:space="0" w:color="B7C7D9"/>
            </w:tcBorders>
            <w:shd w:val="clear" w:color="auto" w:fill="EAF1F8"/>
            <w:vAlign w:val="center"/>
          </w:tcPr>
          <w:p w14:paraId="6112650B" w14:textId="77777777" w:rsidR="003248EE" w:rsidRDefault="00000000">
            <w:pPr>
              <w:spacing w:after="0"/>
            </w:pPr>
            <w:r>
              <w:rPr>
                <w:b/>
                <w:sz w:val="17"/>
              </w:rPr>
              <w:t>Soggetto gestore</w:t>
            </w:r>
          </w:p>
        </w:tc>
        <w:tc>
          <w:tcPr>
            <w:tcW w:w="3118" w:type="dxa"/>
            <w:tcBorders>
              <w:top w:val="single" w:sz="8" w:space="0" w:color="B7C7D9"/>
              <w:left w:val="single" w:sz="8" w:space="0" w:color="B7C7D9"/>
              <w:bottom w:val="single" w:sz="8" w:space="0" w:color="B7C7D9"/>
              <w:right w:val="single" w:sz="8" w:space="0" w:color="B7C7D9"/>
            </w:tcBorders>
            <w:vAlign w:val="center"/>
          </w:tcPr>
          <w:p w14:paraId="19BB4A04" w14:textId="77777777" w:rsidR="003248EE" w:rsidRDefault="003248EE">
            <w:pPr>
              <w:spacing w:after="0"/>
            </w:pPr>
          </w:p>
        </w:tc>
      </w:tr>
      <w:tr w:rsidR="003248EE" w14:paraId="3932E10B" w14:textId="77777777">
        <w:trPr>
          <w:jc w:val="center"/>
        </w:trPr>
        <w:tc>
          <w:tcPr>
            <w:tcW w:w="1871" w:type="dxa"/>
            <w:tcBorders>
              <w:top w:val="single" w:sz="8" w:space="0" w:color="B7C7D9"/>
              <w:left w:val="single" w:sz="8" w:space="0" w:color="B7C7D9"/>
              <w:bottom w:val="single" w:sz="8" w:space="0" w:color="B7C7D9"/>
              <w:right w:val="single" w:sz="8" w:space="0" w:color="B7C7D9"/>
            </w:tcBorders>
            <w:shd w:val="clear" w:color="auto" w:fill="EAF1F8"/>
            <w:vAlign w:val="center"/>
          </w:tcPr>
          <w:p w14:paraId="16F0DE2A" w14:textId="77777777" w:rsidR="003248EE" w:rsidRDefault="00000000">
            <w:pPr>
              <w:spacing w:after="0"/>
            </w:pPr>
            <w:r>
              <w:rPr>
                <w:b/>
                <w:sz w:val="17"/>
              </w:rPr>
              <w:t>Comune di svolgimento</w:t>
            </w:r>
          </w:p>
        </w:tc>
        <w:tc>
          <w:tcPr>
            <w:tcW w:w="3061" w:type="dxa"/>
            <w:tcBorders>
              <w:top w:val="single" w:sz="8" w:space="0" w:color="B7C7D9"/>
              <w:left w:val="single" w:sz="8" w:space="0" w:color="B7C7D9"/>
              <w:bottom w:val="single" w:sz="8" w:space="0" w:color="B7C7D9"/>
              <w:right w:val="single" w:sz="8" w:space="0" w:color="B7C7D9"/>
            </w:tcBorders>
            <w:vAlign w:val="center"/>
          </w:tcPr>
          <w:p w14:paraId="3187A3E9" w14:textId="77777777" w:rsidR="003248EE" w:rsidRDefault="003248EE">
            <w:pPr>
              <w:spacing w:after="0"/>
            </w:pPr>
          </w:p>
        </w:tc>
        <w:tc>
          <w:tcPr>
            <w:tcW w:w="1587" w:type="dxa"/>
            <w:tcBorders>
              <w:top w:val="single" w:sz="8" w:space="0" w:color="B7C7D9"/>
              <w:left w:val="single" w:sz="8" w:space="0" w:color="B7C7D9"/>
              <w:bottom w:val="single" w:sz="8" w:space="0" w:color="B7C7D9"/>
              <w:right w:val="single" w:sz="8" w:space="0" w:color="B7C7D9"/>
            </w:tcBorders>
            <w:shd w:val="clear" w:color="auto" w:fill="EAF1F8"/>
            <w:vAlign w:val="center"/>
          </w:tcPr>
          <w:p w14:paraId="3BA7F364" w14:textId="77777777" w:rsidR="003248EE" w:rsidRDefault="00000000">
            <w:pPr>
              <w:spacing w:after="0"/>
            </w:pPr>
            <w:r>
              <w:rPr>
                <w:b/>
                <w:sz w:val="17"/>
              </w:rPr>
              <w:t>Sede/indirizzo attività</w:t>
            </w:r>
          </w:p>
        </w:tc>
        <w:tc>
          <w:tcPr>
            <w:tcW w:w="3118" w:type="dxa"/>
            <w:tcBorders>
              <w:top w:val="single" w:sz="8" w:space="0" w:color="B7C7D9"/>
              <w:left w:val="single" w:sz="8" w:space="0" w:color="B7C7D9"/>
              <w:bottom w:val="single" w:sz="8" w:space="0" w:color="B7C7D9"/>
              <w:right w:val="single" w:sz="8" w:space="0" w:color="B7C7D9"/>
            </w:tcBorders>
            <w:vAlign w:val="center"/>
          </w:tcPr>
          <w:p w14:paraId="353123B0" w14:textId="77777777" w:rsidR="003248EE" w:rsidRDefault="003248EE">
            <w:pPr>
              <w:spacing w:after="0"/>
            </w:pPr>
          </w:p>
        </w:tc>
      </w:tr>
      <w:tr w:rsidR="003248EE" w14:paraId="72FF68A4" w14:textId="77777777">
        <w:trPr>
          <w:jc w:val="center"/>
        </w:trPr>
        <w:tc>
          <w:tcPr>
            <w:tcW w:w="1871" w:type="dxa"/>
            <w:tcBorders>
              <w:top w:val="single" w:sz="8" w:space="0" w:color="B7C7D9"/>
              <w:left w:val="single" w:sz="8" w:space="0" w:color="B7C7D9"/>
              <w:bottom w:val="single" w:sz="8" w:space="0" w:color="B7C7D9"/>
              <w:right w:val="single" w:sz="8" w:space="0" w:color="B7C7D9"/>
            </w:tcBorders>
            <w:shd w:val="clear" w:color="auto" w:fill="EAF1F8"/>
            <w:vAlign w:val="center"/>
          </w:tcPr>
          <w:p w14:paraId="6FF02F1F" w14:textId="77777777" w:rsidR="003248EE" w:rsidRDefault="00000000">
            <w:pPr>
              <w:spacing w:after="0"/>
            </w:pPr>
            <w:r>
              <w:rPr>
                <w:b/>
                <w:sz w:val="17"/>
              </w:rPr>
              <w:t>Periodo di frequenza</w:t>
            </w:r>
          </w:p>
        </w:tc>
        <w:tc>
          <w:tcPr>
            <w:tcW w:w="3061" w:type="dxa"/>
            <w:tcBorders>
              <w:top w:val="single" w:sz="8" w:space="0" w:color="B7C7D9"/>
              <w:left w:val="single" w:sz="8" w:space="0" w:color="B7C7D9"/>
              <w:bottom w:val="single" w:sz="8" w:space="0" w:color="B7C7D9"/>
              <w:right w:val="single" w:sz="8" w:space="0" w:color="B7C7D9"/>
            </w:tcBorders>
            <w:vAlign w:val="center"/>
          </w:tcPr>
          <w:p w14:paraId="6C4CA714" w14:textId="77777777" w:rsidR="003248EE" w:rsidRDefault="00000000">
            <w:pPr>
              <w:spacing w:after="0"/>
            </w:pPr>
            <w:r>
              <w:rPr>
                <w:color w:val="737373"/>
                <w:sz w:val="17"/>
              </w:rPr>
              <w:t>dal ____ / ____ / ______ al ____ / ____ / ______</w:t>
            </w:r>
          </w:p>
        </w:tc>
        <w:tc>
          <w:tcPr>
            <w:tcW w:w="1587" w:type="dxa"/>
            <w:tcBorders>
              <w:top w:val="single" w:sz="8" w:space="0" w:color="B7C7D9"/>
              <w:left w:val="single" w:sz="8" w:space="0" w:color="B7C7D9"/>
              <w:bottom w:val="single" w:sz="8" w:space="0" w:color="B7C7D9"/>
              <w:right w:val="single" w:sz="8" w:space="0" w:color="B7C7D9"/>
            </w:tcBorders>
            <w:shd w:val="clear" w:color="auto" w:fill="EAF1F8"/>
            <w:vAlign w:val="center"/>
          </w:tcPr>
          <w:p w14:paraId="53B29CFB" w14:textId="77777777" w:rsidR="003248EE" w:rsidRDefault="00000000">
            <w:pPr>
              <w:spacing w:after="0"/>
            </w:pPr>
            <w:r>
              <w:rPr>
                <w:b/>
                <w:sz w:val="17"/>
              </w:rPr>
              <w:t>Costo previsto / tariffa</w:t>
            </w:r>
          </w:p>
        </w:tc>
        <w:tc>
          <w:tcPr>
            <w:tcW w:w="3118" w:type="dxa"/>
            <w:tcBorders>
              <w:top w:val="single" w:sz="8" w:space="0" w:color="B7C7D9"/>
              <w:left w:val="single" w:sz="8" w:space="0" w:color="B7C7D9"/>
              <w:bottom w:val="single" w:sz="8" w:space="0" w:color="B7C7D9"/>
              <w:right w:val="single" w:sz="8" w:space="0" w:color="B7C7D9"/>
            </w:tcBorders>
            <w:vAlign w:val="center"/>
          </w:tcPr>
          <w:p w14:paraId="063D269F" w14:textId="77777777" w:rsidR="003248EE" w:rsidRDefault="00000000">
            <w:pPr>
              <w:spacing w:after="0"/>
            </w:pPr>
            <w:r>
              <w:rPr>
                <w:color w:val="737373"/>
                <w:sz w:val="17"/>
              </w:rPr>
              <w:t>euro __________________</w:t>
            </w:r>
          </w:p>
        </w:tc>
      </w:tr>
    </w:tbl>
    <w:p w14:paraId="4B5E5556" w14:textId="77777777" w:rsidR="003248EE" w:rsidRDefault="00000000">
      <w:pPr>
        <w:pStyle w:val="Titolo2"/>
        <w:spacing w:after="60" w:line="240" w:lineRule="auto"/>
      </w:pPr>
      <w:r>
        <w:t>4. Richiesta</w:t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10312"/>
      </w:tblGrid>
      <w:tr w:rsidR="003248EE" w14:paraId="0340922F" w14:textId="77777777">
        <w:trPr>
          <w:jc w:val="center"/>
        </w:trPr>
        <w:tc>
          <w:tcPr>
            <w:tcW w:w="10312" w:type="dxa"/>
            <w:tcBorders>
              <w:top w:val="single" w:sz="10" w:space="0" w:color="9FBAD6"/>
              <w:left w:val="single" w:sz="10" w:space="0" w:color="9FBAD6"/>
              <w:bottom w:val="single" w:sz="10" w:space="0" w:color="9FBAD6"/>
              <w:right w:val="single" w:sz="10" w:space="0" w:color="9FBAD6"/>
            </w:tcBorders>
            <w:shd w:val="clear" w:color="auto" w:fill="F2F6FA"/>
            <w:vAlign w:val="center"/>
          </w:tcPr>
          <w:p w14:paraId="7CFCA486" w14:textId="77777777" w:rsidR="003248EE" w:rsidRDefault="00000000">
            <w:pPr>
              <w:spacing w:after="0"/>
            </w:pPr>
            <w:r>
              <w:t>Il/La sottoscritto/a CHIEDE la concessione del contributo comunale per la partecipazione del/della minore sopra indicato/a al centro estivo organizzato presso altro Comune, secondo quanto previsto dall’avviso pubblico e nei limiti delle risorse disponibili.</w:t>
            </w:r>
          </w:p>
        </w:tc>
      </w:tr>
    </w:tbl>
    <w:p w14:paraId="5F34BEF5" w14:textId="77777777" w:rsidR="003248EE" w:rsidRDefault="00000000">
      <w:pPr>
        <w:pStyle w:val="Titolo2"/>
        <w:spacing w:after="60" w:line="240" w:lineRule="auto"/>
      </w:pPr>
      <w:r>
        <w:t>5. Dichiarazioni del richiedente</w:t>
      </w:r>
    </w:p>
    <w:p w14:paraId="058EAB74" w14:textId="77777777" w:rsidR="003248EE" w:rsidRDefault="00000000">
      <w:pPr>
        <w:spacing w:after="60" w:line="240" w:lineRule="auto"/>
      </w:pPr>
      <w:r>
        <w:t>Il/La sottoscritto/a, ai sensi degli artt. 46 e 47 del D.P.R. 445/2000 e consapevole delle responsabilità penali previste in caso di dichiarazioni mendaci, dichiara:</w:t>
      </w:r>
    </w:p>
    <w:p w14:paraId="4D544194" w14:textId="77777777" w:rsidR="003248EE" w:rsidRDefault="00000000">
      <w:pPr>
        <w:pStyle w:val="Puntoelenco"/>
        <w:spacing w:after="60" w:line="240" w:lineRule="auto"/>
      </w:pPr>
      <w:r>
        <w:t>che il/la minore è residente nel Comune di Condove;</w:t>
      </w:r>
    </w:p>
    <w:p w14:paraId="3464ACB3" w14:textId="77777777" w:rsidR="003248EE" w:rsidRDefault="00000000">
      <w:pPr>
        <w:pStyle w:val="Puntoelenco"/>
        <w:spacing w:after="60" w:line="240" w:lineRule="auto"/>
      </w:pPr>
      <w:r>
        <w:t>che il/la minore è iscritto/a a un centro estivo organizzato presso altro Comune;</w:t>
      </w:r>
    </w:p>
    <w:p w14:paraId="15421204" w14:textId="77777777" w:rsidR="003248EE" w:rsidRDefault="00000000">
      <w:pPr>
        <w:pStyle w:val="Puntoelenco"/>
        <w:spacing w:after="60" w:line="240" w:lineRule="auto"/>
      </w:pPr>
      <w:r>
        <w:t>che il valore ISEE del nucleo familiare, risultante da attestazione in corso di validità, è pari a euro ______________________;</w:t>
      </w:r>
    </w:p>
    <w:p w14:paraId="22B9E5C4" w14:textId="77777777" w:rsidR="003248EE" w:rsidRDefault="00000000">
      <w:pPr>
        <w:pStyle w:val="Puntoelenco"/>
        <w:spacing w:after="60" w:line="240" w:lineRule="auto"/>
      </w:pPr>
      <w:r>
        <w:t>che nel nucleo familiare sono presenti n. ______ figli minori;</w:t>
      </w:r>
    </w:p>
    <w:p w14:paraId="50B06087" w14:textId="77777777" w:rsidR="003248EE" w:rsidRDefault="00000000">
      <w:pPr>
        <w:pStyle w:val="Puntoelenco"/>
        <w:spacing w:after="60" w:line="240" w:lineRule="auto"/>
      </w:pPr>
      <w:r>
        <w:t>che risultano iscritti a centri estivi presso altri Comuni n. ______ minori appartenenti al medesimo nucleo familiare;</w:t>
      </w:r>
    </w:p>
    <w:p w14:paraId="1973EA18" w14:textId="77777777" w:rsidR="003248EE" w:rsidRDefault="00000000">
      <w:pPr>
        <w:pStyle w:val="Puntoelenco"/>
        <w:spacing w:after="60" w:line="240" w:lineRule="auto"/>
      </w:pPr>
      <w:r>
        <w:t>di essere consapevole che il contributo, se concesso, sarà liquidato direttamente al soggetto gestore del centro estivo e non alla famiglia;</w:t>
      </w:r>
    </w:p>
    <w:p w14:paraId="0EE86666" w14:textId="77777777" w:rsidR="003248EE" w:rsidRDefault="00000000">
      <w:pPr>
        <w:pStyle w:val="Puntoelenco"/>
        <w:spacing w:after="60" w:line="240" w:lineRule="auto"/>
      </w:pPr>
      <w:r>
        <w:t>di essere consapevole che la concessione del contributo avverrà nei limiti delle risorse disponibili e previa approvazione della graduatoria da parte della Giunta Comunale;</w:t>
      </w:r>
    </w:p>
    <w:p w14:paraId="04AD1C11" w14:textId="77777777" w:rsidR="003248EE" w:rsidRDefault="00000000">
      <w:pPr>
        <w:pStyle w:val="Puntoelenco"/>
        <w:spacing w:after="60" w:line="240" w:lineRule="auto"/>
      </w:pPr>
      <w:r>
        <w:t>di impegnarsi a comunicare tempestivamente eventuali variazioni relative alla frequenza, al costo del servizio o alla rinuncia alla partecipazione al centro estivo.</w:t>
      </w:r>
    </w:p>
    <w:p w14:paraId="001A76D2" w14:textId="77777777" w:rsidR="003248EE" w:rsidRDefault="00000000">
      <w:pPr>
        <w:spacing w:after="60" w:line="240" w:lineRule="auto"/>
      </w:pPr>
      <w:r>
        <w:br w:type="page"/>
      </w:r>
    </w:p>
    <w:p w14:paraId="0939DC9F" w14:textId="77777777" w:rsidR="00A1781C" w:rsidRDefault="00A1781C">
      <w:pPr>
        <w:pStyle w:val="Titolo2"/>
        <w:spacing w:after="60" w:line="240" w:lineRule="auto"/>
      </w:pPr>
    </w:p>
    <w:p w14:paraId="124D0413" w14:textId="3132E9A3" w:rsidR="003248EE" w:rsidRDefault="00000000">
      <w:pPr>
        <w:pStyle w:val="Titolo2"/>
        <w:spacing w:after="60" w:line="240" w:lineRule="auto"/>
      </w:pPr>
      <w:r>
        <w:t>6. Condizioni rilevanti ai fini della graduatoria</w:t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2835"/>
        <w:gridCol w:w="6804"/>
      </w:tblGrid>
      <w:tr w:rsidR="003248EE" w14:paraId="255AEC3E" w14:textId="77777777">
        <w:trPr>
          <w:jc w:val="center"/>
        </w:trPr>
        <w:tc>
          <w:tcPr>
            <w:tcW w:w="2835" w:type="dxa"/>
            <w:tcBorders>
              <w:top w:val="single" w:sz="8" w:space="0" w:color="B7C7D9"/>
              <w:left w:val="single" w:sz="8" w:space="0" w:color="B7C7D9"/>
              <w:bottom w:val="single" w:sz="8" w:space="0" w:color="B7C7D9"/>
              <w:right w:val="single" w:sz="8" w:space="0" w:color="B7C7D9"/>
            </w:tcBorders>
            <w:shd w:val="clear" w:color="auto" w:fill="EAF1F8"/>
            <w:vAlign w:val="center"/>
          </w:tcPr>
          <w:p w14:paraId="2FA1FFB5" w14:textId="77777777" w:rsidR="003248EE" w:rsidRDefault="00000000">
            <w:pPr>
              <w:spacing w:after="0"/>
            </w:pPr>
            <w:r>
              <w:rPr>
                <w:b/>
                <w:sz w:val="17"/>
              </w:rPr>
              <w:t>Disabilità del minore</w:t>
            </w:r>
          </w:p>
        </w:tc>
        <w:tc>
          <w:tcPr>
            <w:tcW w:w="6804" w:type="dxa"/>
            <w:tcBorders>
              <w:top w:val="single" w:sz="8" w:space="0" w:color="B7C7D9"/>
              <w:left w:val="single" w:sz="8" w:space="0" w:color="B7C7D9"/>
              <w:bottom w:val="single" w:sz="8" w:space="0" w:color="B7C7D9"/>
              <w:right w:val="single" w:sz="8" w:space="0" w:color="B7C7D9"/>
            </w:tcBorders>
            <w:vAlign w:val="center"/>
          </w:tcPr>
          <w:p w14:paraId="74DB8A70" w14:textId="77777777" w:rsidR="003248EE" w:rsidRDefault="00000000">
            <w:pPr>
              <w:spacing w:after="0"/>
            </w:pPr>
            <w:r>
              <w:rPr>
                <w:color w:val="737373"/>
                <w:sz w:val="17"/>
              </w:rPr>
              <w:t>☐ no     ☐ sì, accertata ai sensi della normativa vigente</w:t>
            </w:r>
          </w:p>
        </w:tc>
      </w:tr>
      <w:tr w:rsidR="003248EE" w14:paraId="0C05FF99" w14:textId="77777777">
        <w:trPr>
          <w:jc w:val="center"/>
        </w:trPr>
        <w:tc>
          <w:tcPr>
            <w:tcW w:w="2835" w:type="dxa"/>
            <w:tcBorders>
              <w:top w:val="single" w:sz="8" w:space="0" w:color="B7C7D9"/>
              <w:left w:val="single" w:sz="8" w:space="0" w:color="B7C7D9"/>
              <w:bottom w:val="single" w:sz="8" w:space="0" w:color="B7C7D9"/>
              <w:right w:val="single" w:sz="8" w:space="0" w:color="B7C7D9"/>
            </w:tcBorders>
            <w:shd w:val="clear" w:color="auto" w:fill="EAF1F8"/>
            <w:vAlign w:val="center"/>
          </w:tcPr>
          <w:p w14:paraId="2C25BC40" w14:textId="77777777" w:rsidR="003248EE" w:rsidRDefault="00000000">
            <w:pPr>
              <w:spacing w:after="0"/>
            </w:pPr>
            <w:r>
              <w:rPr>
                <w:b/>
                <w:sz w:val="17"/>
              </w:rPr>
              <w:t>Supporto educativo dedicato</w:t>
            </w:r>
          </w:p>
        </w:tc>
        <w:tc>
          <w:tcPr>
            <w:tcW w:w="6804" w:type="dxa"/>
            <w:tcBorders>
              <w:top w:val="single" w:sz="8" w:space="0" w:color="B7C7D9"/>
              <w:left w:val="single" w:sz="8" w:space="0" w:color="B7C7D9"/>
              <w:bottom w:val="single" w:sz="8" w:space="0" w:color="B7C7D9"/>
              <w:right w:val="single" w:sz="8" w:space="0" w:color="B7C7D9"/>
            </w:tcBorders>
            <w:vAlign w:val="center"/>
          </w:tcPr>
          <w:p w14:paraId="3EB39FCB" w14:textId="77777777" w:rsidR="003248EE" w:rsidRDefault="00000000">
            <w:pPr>
              <w:spacing w:after="0"/>
            </w:pPr>
            <w:r>
              <w:rPr>
                <w:color w:val="737373"/>
                <w:sz w:val="17"/>
              </w:rPr>
              <w:t>☐ non richiesto     ☐ richiesto, come da dichiarazione del gestore</w:t>
            </w:r>
          </w:p>
        </w:tc>
      </w:tr>
      <w:tr w:rsidR="003248EE" w14:paraId="58DCFE32" w14:textId="77777777">
        <w:trPr>
          <w:jc w:val="center"/>
        </w:trPr>
        <w:tc>
          <w:tcPr>
            <w:tcW w:w="2835" w:type="dxa"/>
            <w:tcBorders>
              <w:top w:val="single" w:sz="8" w:space="0" w:color="B7C7D9"/>
              <w:left w:val="single" w:sz="8" w:space="0" w:color="B7C7D9"/>
              <w:bottom w:val="single" w:sz="8" w:space="0" w:color="B7C7D9"/>
              <w:right w:val="single" w:sz="8" w:space="0" w:color="B7C7D9"/>
            </w:tcBorders>
            <w:shd w:val="clear" w:color="auto" w:fill="EAF1F8"/>
            <w:vAlign w:val="center"/>
          </w:tcPr>
          <w:p w14:paraId="5D2B43AF" w14:textId="77777777" w:rsidR="003248EE" w:rsidRDefault="00000000">
            <w:pPr>
              <w:spacing w:after="0"/>
            </w:pPr>
            <w:r>
              <w:rPr>
                <w:b/>
                <w:sz w:val="17"/>
              </w:rPr>
              <w:t>Fragilità sociale o familiare</w:t>
            </w:r>
          </w:p>
        </w:tc>
        <w:tc>
          <w:tcPr>
            <w:tcW w:w="6804" w:type="dxa"/>
            <w:tcBorders>
              <w:top w:val="single" w:sz="8" w:space="0" w:color="B7C7D9"/>
              <w:left w:val="single" w:sz="8" w:space="0" w:color="B7C7D9"/>
              <w:bottom w:val="single" w:sz="8" w:space="0" w:color="B7C7D9"/>
              <w:right w:val="single" w:sz="8" w:space="0" w:color="B7C7D9"/>
            </w:tcBorders>
            <w:vAlign w:val="center"/>
          </w:tcPr>
          <w:p w14:paraId="5FD065C4" w14:textId="77777777" w:rsidR="003248EE" w:rsidRDefault="00000000">
            <w:pPr>
              <w:spacing w:after="0"/>
            </w:pPr>
            <w:r>
              <w:rPr>
                <w:color w:val="737373"/>
                <w:sz w:val="17"/>
              </w:rPr>
              <w:t>☐ no     ☐ sì, documentata</w:t>
            </w:r>
          </w:p>
        </w:tc>
      </w:tr>
      <w:tr w:rsidR="003248EE" w14:paraId="0B97AC5D" w14:textId="77777777">
        <w:trPr>
          <w:jc w:val="center"/>
        </w:trPr>
        <w:tc>
          <w:tcPr>
            <w:tcW w:w="2835" w:type="dxa"/>
            <w:tcBorders>
              <w:top w:val="single" w:sz="8" w:space="0" w:color="B7C7D9"/>
              <w:left w:val="single" w:sz="8" w:space="0" w:color="B7C7D9"/>
              <w:bottom w:val="single" w:sz="8" w:space="0" w:color="B7C7D9"/>
              <w:right w:val="single" w:sz="8" w:space="0" w:color="B7C7D9"/>
            </w:tcBorders>
            <w:shd w:val="clear" w:color="auto" w:fill="EAF1F8"/>
            <w:vAlign w:val="center"/>
          </w:tcPr>
          <w:p w14:paraId="3110B6E1" w14:textId="77777777" w:rsidR="003248EE" w:rsidRDefault="00000000">
            <w:pPr>
              <w:spacing w:after="0"/>
            </w:pPr>
            <w:r>
              <w:rPr>
                <w:b/>
                <w:sz w:val="17"/>
              </w:rPr>
              <w:t>Descrizione sintetica, se presente</w:t>
            </w:r>
          </w:p>
        </w:tc>
        <w:tc>
          <w:tcPr>
            <w:tcW w:w="6804" w:type="dxa"/>
            <w:tcBorders>
              <w:top w:val="single" w:sz="8" w:space="0" w:color="B7C7D9"/>
              <w:left w:val="single" w:sz="8" w:space="0" w:color="B7C7D9"/>
              <w:bottom w:val="single" w:sz="8" w:space="0" w:color="B7C7D9"/>
              <w:right w:val="single" w:sz="8" w:space="0" w:color="B7C7D9"/>
            </w:tcBorders>
            <w:vAlign w:val="center"/>
          </w:tcPr>
          <w:p w14:paraId="6944B319" w14:textId="77777777" w:rsidR="003248EE" w:rsidRDefault="003248EE">
            <w:pPr>
              <w:spacing w:after="0"/>
            </w:pPr>
          </w:p>
        </w:tc>
      </w:tr>
    </w:tbl>
    <w:p w14:paraId="54BC1CF0" w14:textId="77777777" w:rsidR="003248EE" w:rsidRDefault="00000000">
      <w:pPr>
        <w:pStyle w:val="Titolo2"/>
        <w:spacing w:after="60" w:line="240" w:lineRule="auto"/>
      </w:pPr>
      <w:r>
        <w:t>7. Allegati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7448"/>
      </w:tblGrid>
      <w:tr w:rsidR="00A1781C" w14:paraId="7841799F" w14:textId="77777777" w:rsidTr="00A1781C">
        <w:trPr>
          <w:trHeight w:val="223"/>
        </w:trPr>
        <w:tc>
          <w:tcPr>
            <w:tcW w:w="7448" w:type="dxa"/>
            <w:tcBorders>
              <w:top w:val="single" w:sz="8" w:space="0" w:color="B7C7D9"/>
              <w:left w:val="single" w:sz="8" w:space="0" w:color="B7C7D9"/>
              <w:bottom w:val="single" w:sz="8" w:space="0" w:color="B7C7D9"/>
              <w:right w:val="single" w:sz="8" w:space="0" w:color="B7C7D9"/>
            </w:tcBorders>
            <w:shd w:val="clear" w:color="auto" w:fill="1F4E79"/>
            <w:vAlign w:val="center"/>
          </w:tcPr>
          <w:p w14:paraId="4FAF0305" w14:textId="77777777" w:rsidR="00A1781C" w:rsidRDefault="00A1781C">
            <w:pPr>
              <w:spacing w:after="0"/>
              <w:jc w:val="center"/>
            </w:pPr>
            <w:proofErr w:type="spellStart"/>
            <w:r>
              <w:rPr>
                <w:b/>
                <w:color w:val="FFFFFF"/>
                <w:sz w:val="17"/>
              </w:rPr>
              <w:t>Allegato</w:t>
            </w:r>
            <w:proofErr w:type="spellEnd"/>
          </w:p>
        </w:tc>
      </w:tr>
      <w:tr w:rsidR="00A1781C" w14:paraId="05E44102" w14:textId="77777777" w:rsidTr="00A1781C">
        <w:trPr>
          <w:trHeight w:val="268"/>
        </w:trPr>
        <w:tc>
          <w:tcPr>
            <w:tcW w:w="7448" w:type="dxa"/>
          </w:tcPr>
          <w:p w14:paraId="02E3B4F6" w14:textId="77777777" w:rsidR="00A1781C" w:rsidRDefault="00A1781C">
            <w:pPr>
              <w:spacing w:after="0"/>
            </w:pPr>
            <w:r>
              <w:rPr>
                <w:sz w:val="17"/>
              </w:rPr>
              <w:t>☐ Copia documento di identità del richiedente</w:t>
            </w:r>
          </w:p>
        </w:tc>
      </w:tr>
      <w:tr w:rsidR="00A1781C" w14:paraId="4AC403FA" w14:textId="77777777" w:rsidTr="00A1781C">
        <w:trPr>
          <w:trHeight w:val="253"/>
        </w:trPr>
        <w:tc>
          <w:tcPr>
            <w:tcW w:w="7448" w:type="dxa"/>
          </w:tcPr>
          <w:p w14:paraId="209E915E" w14:textId="77777777" w:rsidR="00A1781C" w:rsidRDefault="00A1781C">
            <w:pPr>
              <w:spacing w:after="0"/>
            </w:pPr>
            <w:r>
              <w:rPr>
                <w:sz w:val="17"/>
              </w:rPr>
              <w:t xml:space="preserve">☐ </w:t>
            </w:r>
            <w:proofErr w:type="spellStart"/>
            <w:r>
              <w:rPr>
                <w:sz w:val="17"/>
              </w:rPr>
              <w:t>Attestazione</w:t>
            </w:r>
            <w:proofErr w:type="spellEnd"/>
            <w:r>
              <w:rPr>
                <w:sz w:val="17"/>
              </w:rPr>
              <w:t xml:space="preserve"> ISEE in corso di validità</w:t>
            </w:r>
          </w:p>
        </w:tc>
      </w:tr>
      <w:tr w:rsidR="00A1781C" w14:paraId="5826CCD1" w14:textId="77777777" w:rsidTr="00A1781C">
        <w:trPr>
          <w:trHeight w:val="492"/>
        </w:trPr>
        <w:tc>
          <w:tcPr>
            <w:tcW w:w="7448" w:type="dxa"/>
          </w:tcPr>
          <w:p w14:paraId="5CD96DA7" w14:textId="77777777" w:rsidR="00A1781C" w:rsidRDefault="00A1781C">
            <w:pPr>
              <w:spacing w:after="0"/>
            </w:pPr>
            <w:r>
              <w:rPr>
                <w:sz w:val="17"/>
              </w:rPr>
              <w:t xml:space="preserve">☐ </w:t>
            </w:r>
            <w:proofErr w:type="spellStart"/>
            <w:r>
              <w:rPr>
                <w:sz w:val="17"/>
              </w:rPr>
              <w:t>Documentazione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attestante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l’iscrizione</w:t>
            </w:r>
            <w:proofErr w:type="spellEnd"/>
            <w:r>
              <w:rPr>
                <w:sz w:val="17"/>
              </w:rPr>
              <w:t xml:space="preserve"> del minore al centro estivo</w:t>
            </w:r>
          </w:p>
        </w:tc>
      </w:tr>
      <w:tr w:rsidR="00A1781C" w14:paraId="7893F0F9" w14:textId="77777777" w:rsidTr="00A1781C">
        <w:trPr>
          <w:trHeight w:val="253"/>
        </w:trPr>
        <w:tc>
          <w:tcPr>
            <w:tcW w:w="7448" w:type="dxa"/>
          </w:tcPr>
          <w:p w14:paraId="638C5A1F" w14:textId="77777777" w:rsidR="00A1781C" w:rsidRDefault="00A1781C">
            <w:pPr>
              <w:spacing w:after="0"/>
            </w:pPr>
            <w:r>
              <w:rPr>
                <w:sz w:val="17"/>
              </w:rPr>
              <w:t xml:space="preserve">☐ </w:t>
            </w:r>
            <w:proofErr w:type="spellStart"/>
            <w:r>
              <w:rPr>
                <w:sz w:val="17"/>
              </w:rPr>
              <w:t>Documentazione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indicante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costo</w:t>
            </w:r>
            <w:proofErr w:type="spellEnd"/>
            <w:r>
              <w:rPr>
                <w:sz w:val="17"/>
              </w:rPr>
              <w:t xml:space="preserve"> previsto o tariffa applicata</w:t>
            </w:r>
          </w:p>
        </w:tc>
      </w:tr>
      <w:tr w:rsidR="00A1781C" w14:paraId="60073D68" w14:textId="77777777" w:rsidTr="00A1781C">
        <w:trPr>
          <w:trHeight w:val="253"/>
        </w:trPr>
        <w:tc>
          <w:tcPr>
            <w:tcW w:w="7448" w:type="dxa"/>
          </w:tcPr>
          <w:p w14:paraId="5E90841B" w14:textId="77777777" w:rsidR="00A1781C" w:rsidRDefault="00A1781C">
            <w:pPr>
              <w:spacing w:after="0"/>
            </w:pPr>
            <w:r>
              <w:rPr>
                <w:sz w:val="17"/>
              </w:rPr>
              <w:t xml:space="preserve">☐ </w:t>
            </w:r>
            <w:proofErr w:type="spellStart"/>
            <w:r>
              <w:rPr>
                <w:sz w:val="17"/>
              </w:rPr>
              <w:t>Dichiarazione</w:t>
            </w:r>
            <w:proofErr w:type="spellEnd"/>
            <w:r>
              <w:rPr>
                <w:sz w:val="17"/>
              </w:rPr>
              <w:t xml:space="preserve"> del </w:t>
            </w:r>
            <w:proofErr w:type="spellStart"/>
            <w:r>
              <w:rPr>
                <w:sz w:val="17"/>
              </w:rPr>
              <w:t>soggetto</w:t>
            </w:r>
            <w:proofErr w:type="spellEnd"/>
            <w:r>
              <w:rPr>
                <w:sz w:val="17"/>
              </w:rPr>
              <w:t xml:space="preserve"> gestore del centro estivo</w:t>
            </w:r>
          </w:p>
        </w:tc>
      </w:tr>
      <w:tr w:rsidR="00A1781C" w14:paraId="6C7E0A86" w14:textId="77777777" w:rsidTr="00A1781C">
        <w:trPr>
          <w:trHeight w:val="268"/>
        </w:trPr>
        <w:tc>
          <w:tcPr>
            <w:tcW w:w="7448" w:type="dxa"/>
          </w:tcPr>
          <w:p w14:paraId="10CB9A1F" w14:textId="77777777" w:rsidR="00A1781C" w:rsidRDefault="00A1781C">
            <w:pPr>
              <w:spacing w:after="0"/>
            </w:pPr>
            <w:r>
              <w:rPr>
                <w:sz w:val="17"/>
              </w:rPr>
              <w:t xml:space="preserve">☐ </w:t>
            </w:r>
            <w:proofErr w:type="spellStart"/>
            <w:r>
              <w:rPr>
                <w:sz w:val="17"/>
              </w:rPr>
              <w:t>Eventuale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documentazione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attestante</w:t>
            </w:r>
            <w:proofErr w:type="spellEnd"/>
            <w:r>
              <w:rPr>
                <w:sz w:val="17"/>
              </w:rPr>
              <w:t xml:space="preserve"> la disabilità del minore</w:t>
            </w:r>
          </w:p>
        </w:tc>
      </w:tr>
      <w:tr w:rsidR="00A1781C" w14:paraId="1F458819" w14:textId="77777777" w:rsidTr="00A1781C">
        <w:trPr>
          <w:trHeight w:val="477"/>
        </w:trPr>
        <w:tc>
          <w:tcPr>
            <w:tcW w:w="7448" w:type="dxa"/>
          </w:tcPr>
          <w:p w14:paraId="3A66B2D6" w14:textId="77777777" w:rsidR="00A1781C" w:rsidRDefault="00A1781C">
            <w:pPr>
              <w:spacing w:after="0"/>
            </w:pPr>
            <w:r>
              <w:rPr>
                <w:sz w:val="17"/>
              </w:rPr>
              <w:t xml:space="preserve">☐ </w:t>
            </w:r>
            <w:proofErr w:type="spellStart"/>
            <w:r>
              <w:rPr>
                <w:sz w:val="17"/>
              </w:rPr>
              <w:t>Eventuale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documentazione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attestante</w:t>
            </w:r>
            <w:proofErr w:type="spellEnd"/>
            <w:r>
              <w:rPr>
                <w:sz w:val="17"/>
              </w:rPr>
              <w:t xml:space="preserve"> situazione di fragilità sociale o familiare</w:t>
            </w:r>
          </w:p>
        </w:tc>
      </w:tr>
      <w:tr w:rsidR="00A1781C" w14:paraId="4D6BF6A7" w14:textId="77777777" w:rsidTr="00A1781C">
        <w:trPr>
          <w:trHeight w:val="477"/>
        </w:trPr>
        <w:tc>
          <w:tcPr>
            <w:tcW w:w="7448" w:type="dxa"/>
          </w:tcPr>
          <w:p w14:paraId="4982DCF5" w14:textId="77777777" w:rsidR="00A1781C" w:rsidRDefault="00A1781C">
            <w:pPr>
              <w:spacing w:after="0"/>
            </w:pPr>
            <w:r>
              <w:rPr>
                <w:sz w:val="17"/>
              </w:rPr>
              <w:t>☐ Altro: ______________________________________________</w:t>
            </w:r>
          </w:p>
        </w:tc>
      </w:tr>
    </w:tbl>
    <w:p w14:paraId="41E23EE2" w14:textId="77777777" w:rsidR="003248EE" w:rsidRDefault="00000000">
      <w:pPr>
        <w:pStyle w:val="Titolo2"/>
        <w:spacing w:after="60" w:line="240" w:lineRule="auto"/>
      </w:pPr>
      <w:r>
        <w:t>8. Informativa e autorizzazioni</w:t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10312"/>
      </w:tblGrid>
      <w:tr w:rsidR="003248EE" w14:paraId="6CFBAC65" w14:textId="77777777">
        <w:trPr>
          <w:jc w:val="center"/>
        </w:trPr>
        <w:tc>
          <w:tcPr>
            <w:tcW w:w="10312" w:type="dxa"/>
            <w:tcBorders>
              <w:top w:val="single" w:sz="8" w:space="0" w:color="D0D7DE"/>
              <w:left w:val="single" w:sz="8" w:space="0" w:color="D0D7DE"/>
              <w:bottom w:val="single" w:sz="8" w:space="0" w:color="D0D7DE"/>
              <w:right w:val="single" w:sz="8" w:space="0" w:color="D0D7DE"/>
            </w:tcBorders>
            <w:shd w:val="clear" w:color="auto" w:fill="F7F7F7"/>
            <w:vAlign w:val="center"/>
          </w:tcPr>
          <w:p w14:paraId="1F933241" w14:textId="77777777" w:rsidR="003248EE" w:rsidRDefault="00000000">
            <w:pPr>
              <w:spacing w:after="0"/>
            </w:pPr>
            <w:r>
              <w:rPr>
                <w:sz w:val="17"/>
              </w:rPr>
              <w:t>Il/La sottoscritto/a dichiara di aver preso visione dell’informativa sul trattamento dei dati personali resa ai sensi del Regolamento UE 2016/679 e autorizza il trattamento dei dati forniti esclusivamente per le finalità connesse al presente procedimento.</w:t>
            </w:r>
            <w:r>
              <w:rPr>
                <w:sz w:val="17"/>
              </w:rPr>
              <w:br/>
            </w:r>
            <w:r>
              <w:rPr>
                <w:sz w:val="17"/>
              </w:rPr>
              <w:br/>
              <w:t>Firma per presa visione e autorizzazione: __________________________________________</w:t>
            </w:r>
          </w:p>
        </w:tc>
      </w:tr>
    </w:tbl>
    <w:p w14:paraId="0E119528" w14:textId="77777777" w:rsidR="003248EE" w:rsidRDefault="00000000">
      <w:pPr>
        <w:pStyle w:val="Titolo2"/>
        <w:spacing w:after="60" w:line="240" w:lineRule="auto"/>
      </w:pPr>
      <w:r>
        <w:t>9. Sottoscrizione</w:t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2835"/>
        <w:gridCol w:w="6804"/>
      </w:tblGrid>
      <w:tr w:rsidR="003248EE" w14:paraId="54ECED9A" w14:textId="77777777">
        <w:trPr>
          <w:jc w:val="center"/>
        </w:trPr>
        <w:tc>
          <w:tcPr>
            <w:tcW w:w="2835" w:type="dxa"/>
            <w:tcBorders>
              <w:top w:val="single" w:sz="8" w:space="0" w:color="B7C7D9"/>
              <w:left w:val="single" w:sz="8" w:space="0" w:color="B7C7D9"/>
              <w:bottom w:val="single" w:sz="8" w:space="0" w:color="B7C7D9"/>
              <w:right w:val="single" w:sz="8" w:space="0" w:color="B7C7D9"/>
            </w:tcBorders>
            <w:shd w:val="clear" w:color="auto" w:fill="EAF1F8"/>
            <w:vAlign w:val="center"/>
          </w:tcPr>
          <w:p w14:paraId="5393D9C0" w14:textId="77777777" w:rsidR="003248EE" w:rsidRDefault="00000000">
            <w:pPr>
              <w:spacing w:after="0"/>
            </w:pPr>
            <w:r>
              <w:rPr>
                <w:b/>
                <w:sz w:val="17"/>
              </w:rPr>
              <w:t>Luogo e data</w:t>
            </w:r>
          </w:p>
        </w:tc>
        <w:tc>
          <w:tcPr>
            <w:tcW w:w="6804" w:type="dxa"/>
            <w:tcBorders>
              <w:top w:val="single" w:sz="8" w:space="0" w:color="B7C7D9"/>
              <w:left w:val="single" w:sz="8" w:space="0" w:color="B7C7D9"/>
              <w:bottom w:val="single" w:sz="8" w:space="0" w:color="B7C7D9"/>
              <w:right w:val="single" w:sz="8" w:space="0" w:color="B7C7D9"/>
            </w:tcBorders>
            <w:vAlign w:val="center"/>
          </w:tcPr>
          <w:p w14:paraId="6A1579C2" w14:textId="77777777" w:rsidR="003248EE" w:rsidRDefault="003248EE">
            <w:pPr>
              <w:spacing w:after="0"/>
            </w:pPr>
          </w:p>
        </w:tc>
      </w:tr>
      <w:tr w:rsidR="003248EE" w14:paraId="2D7B4B70" w14:textId="77777777">
        <w:trPr>
          <w:jc w:val="center"/>
        </w:trPr>
        <w:tc>
          <w:tcPr>
            <w:tcW w:w="2835" w:type="dxa"/>
            <w:tcBorders>
              <w:top w:val="single" w:sz="8" w:space="0" w:color="B7C7D9"/>
              <w:left w:val="single" w:sz="8" w:space="0" w:color="B7C7D9"/>
              <w:bottom w:val="single" w:sz="8" w:space="0" w:color="B7C7D9"/>
              <w:right w:val="single" w:sz="8" w:space="0" w:color="B7C7D9"/>
            </w:tcBorders>
            <w:shd w:val="clear" w:color="auto" w:fill="EAF1F8"/>
            <w:vAlign w:val="center"/>
          </w:tcPr>
          <w:p w14:paraId="20641CE4" w14:textId="77777777" w:rsidR="003248EE" w:rsidRDefault="00000000">
            <w:pPr>
              <w:spacing w:after="0"/>
            </w:pPr>
            <w:r>
              <w:rPr>
                <w:b/>
                <w:sz w:val="17"/>
              </w:rPr>
              <w:t>Firma del richiedente</w:t>
            </w:r>
          </w:p>
        </w:tc>
        <w:tc>
          <w:tcPr>
            <w:tcW w:w="6804" w:type="dxa"/>
            <w:tcBorders>
              <w:top w:val="single" w:sz="8" w:space="0" w:color="B7C7D9"/>
              <w:left w:val="single" w:sz="8" w:space="0" w:color="B7C7D9"/>
              <w:bottom w:val="single" w:sz="8" w:space="0" w:color="B7C7D9"/>
              <w:right w:val="single" w:sz="8" w:space="0" w:color="B7C7D9"/>
            </w:tcBorders>
            <w:vAlign w:val="center"/>
          </w:tcPr>
          <w:p w14:paraId="3BB5188A" w14:textId="77777777" w:rsidR="003248EE" w:rsidRDefault="003248EE">
            <w:pPr>
              <w:spacing w:after="0"/>
            </w:pPr>
          </w:p>
        </w:tc>
      </w:tr>
    </w:tbl>
    <w:p w14:paraId="22772F2F" w14:textId="77777777" w:rsidR="003248EE" w:rsidRDefault="00000000">
      <w:pPr>
        <w:spacing w:after="60" w:line="240" w:lineRule="auto"/>
      </w:pPr>
      <w:r>
        <w:br w:type="page"/>
      </w:r>
    </w:p>
    <w:p w14:paraId="5159DAFD" w14:textId="77777777" w:rsidR="003248EE" w:rsidRDefault="00000000">
      <w:pPr>
        <w:spacing w:after="60" w:line="240" w:lineRule="auto"/>
        <w:jc w:val="center"/>
      </w:pPr>
      <w:r>
        <w:rPr>
          <w:b/>
          <w:color w:val="1F4E79"/>
          <w:sz w:val="28"/>
        </w:rPr>
        <w:lastRenderedPageBreak/>
        <w:t>DICHIARAZIONE DEL SOGGETTO GESTORE DEL CENTRO ESTIVO</w:t>
      </w:r>
    </w:p>
    <w:p w14:paraId="7F330F99" w14:textId="77777777" w:rsidR="003248EE" w:rsidRDefault="00000000">
      <w:pPr>
        <w:spacing w:after="60" w:line="240" w:lineRule="auto"/>
        <w:jc w:val="center"/>
      </w:pPr>
      <w:r>
        <w:rPr>
          <w:b/>
        </w:rPr>
        <w:t>Da allegare alla domanda e da completare a consuntivo per la liquidazione del contributo</w:t>
      </w:r>
    </w:p>
    <w:p w14:paraId="64EA4BCD" w14:textId="77777777" w:rsidR="003248EE" w:rsidRDefault="00000000">
      <w:pPr>
        <w:pStyle w:val="Titolo2"/>
        <w:spacing w:after="60" w:line="240" w:lineRule="auto"/>
      </w:pPr>
      <w:r>
        <w:t>A. Dati del soggetto gestore</w:t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1871"/>
        <w:gridCol w:w="3061"/>
        <w:gridCol w:w="1587"/>
        <w:gridCol w:w="3118"/>
      </w:tblGrid>
      <w:tr w:rsidR="003248EE" w14:paraId="11D0D4A8" w14:textId="77777777">
        <w:trPr>
          <w:jc w:val="center"/>
        </w:trPr>
        <w:tc>
          <w:tcPr>
            <w:tcW w:w="1871" w:type="dxa"/>
            <w:tcBorders>
              <w:top w:val="single" w:sz="8" w:space="0" w:color="B7C7D9"/>
              <w:left w:val="single" w:sz="8" w:space="0" w:color="B7C7D9"/>
              <w:bottom w:val="single" w:sz="8" w:space="0" w:color="B7C7D9"/>
              <w:right w:val="single" w:sz="8" w:space="0" w:color="B7C7D9"/>
            </w:tcBorders>
            <w:shd w:val="clear" w:color="auto" w:fill="EAF1F8"/>
            <w:vAlign w:val="center"/>
          </w:tcPr>
          <w:p w14:paraId="0B6AF4FB" w14:textId="77777777" w:rsidR="003248EE" w:rsidRDefault="00000000">
            <w:pPr>
              <w:spacing w:after="0"/>
            </w:pPr>
            <w:r>
              <w:rPr>
                <w:b/>
                <w:sz w:val="17"/>
              </w:rPr>
              <w:t>Denominazione</w:t>
            </w:r>
          </w:p>
        </w:tc>
        <w:tc>
          <w:tcPr>
            <w:tcW w:w="3061" w:type="dxa"/>
            <w:tcBorders>
              <w:top w:val="single" w:sz="8" w:space="0" w:color="B7C7D9"/>
              <w:left w:val="single" w:sz="8" w:space="0" w:color="B7C7D9"/>
              <w:bottom w:val="single" w:sz="8" w:space="0" w:color="B7C7D9"/>
              <w:right w:val="single" w:sz="8" w:space="0" w:color="B7C7D9"/>
            </w:tcBorders>
            <w:vAlign w:val="center"/>
          </w:tcPr>
          <w:p w14:paraId="2144FE2D" w14:textId="77777777" w:rsidR="003248EE" w:rsidRDefault="003248EE">
            <w:pPr>
              <w:spacing w:after="0"/>
            </w:pPr>
          </w:p>
        </w:tc>
        <w:tc>
          <w:tcPr>
            <w:tcW w:w="1587" w:type="dxa"/>
            <w:tcBorders>
              <w:top w:val="single" w:sz="8" w:space="0" w:color="B7C7D9"/>
              <w:left w:val="single" w:sz="8" w:space="0" w:color="B7C7D9"/>
              <w:bottom w:val="single" w:sz="8" w:space="0" w:color="B7C7D9"/>
              <w:right w:val="single" w:sz="8" w:space="0" w:color="B7C7D9"/>
            </w:tcBorders>
            <w:shd w:val="clear" w:color="auto" w:fill="EAF1F8"/>
            <w:vAlign w:val="center"/>
          </w:tcPr>
          <w:p w14:paraId="6ED7D8A4" w14:textId="77777777" w:rsidR="003248EE" w:rsidRDefault="00000000">
            <w:pPr>
              <w:spacing w:after="0"/>
            </w:pPr>
            <w:r>
              <w:rPr>
                <w:b/>
                <w:sz w:val="17"/>
              </w:rPr>
              <w:t>C.F. / P.IVA</w:t>
            </w:r>
          </w:p>
        </w:tc>
        <w:tc>
          <w:tcPr>
            <w:tcW w:w="3118" w:type="dxa"/>
            <w:tcBorders>
              <w:top w:val="single" w:sz="8" w:space="0" w:color="B7C7D9"/>
              <w:left w:val="single" w:sz="8" w:space="0" w:color="B7C7D9"/>
              <w:bottom w:val="single" w:sz="8" w:space="0" w:color="B7C7D9"/>
              <w:right w:val="single" w:sz="8" w:space="0" w:color="B7C7D9"/>
            </w:tcBorders>
            <w:vAlign w:val="center"/>
          </w:tcPr>
          <w:p w14:paraId="699EF2AD" w14:textId="77777777" w:rsidR="003248EE" w:rsidRDefault="003248EE">
            <w:pPr>
              <w:spacing w:after="0"/>
            </w:pPr>
          </w:p>
        </w:tc>
      </w:tr>
      <w:tr w:rsidR="003248EE" w14:paraId="24AE3B09" w14:textId="77777777">
        <w:trPr>
          <w:jc w:val="center"/>
        </w:trPr>
        <w:tc>
          <w:tcPr>
            <w:tcW w:w="1871" w:type="dxa"/>
            <w:tcBorders>
              <w:top w:val="single" w:sz="8" w:space="0" w:color="B7C7D9"/>
              <w:left w:val="single" w:sz="8" w:space="0" w:color="B7C7D9"/>
              <w:bottom w:val="single" w:sz="8" w:space="0" w:color="B7C7D9"/>
              <w:right w:val="single" w:sz="8" w:space="0" w:color="B7C7D9"/>
            </w:tcBorders>
            <w:shd w:val="clear" w:color="auto" w:fill="EAF1F8"/>
            <w:vAlign w:val="center"/>
          </w:tcPr>
          <w:p w14:paraId="137AE389" w14:textId="77777777" w:rsidR="003248EE" w:rsidRDefault="00000000">
            <w:pPr>
              <w:spacing w:after="0"/>
            </w:pPr>
            <w:r>
              <w:rPr>
                <w:b/>
                <w:sz w:val="17"/>
              </w:rPr>
              <w:t>Sede legale</w:t>
            </w:r>
          </w:p>
        </w:tc>
        <w:tc>
          <w:tcPr>
            <w:tcW w:w="3061" w:type="dxa"/>
            <w:tcBorders>
              <w:top w:val="single" w:sz="8" w:space="0" w:color="B7C7D9"/>
              <w:left w:val="single" w:sz="8" w:space="0" w:color="B7C7D9"/>
              <w:bottom w:val="single" w:sz="8" w:space="0" w:color="B7C7D9"/>
              <w:right w:val="single" w:sz="8" w:space="0" w:color="B7C7D9"/>
            </w:tcBorders>
            <w:vAlign w:val="center"/>
          </w:tcPr>
          <w:p w14:paraId="6C77C294" w14:textId="77777777" w:rsidR="003248EE" w:rsidRDefault="003248EE">
            <w:pPr>
              <w:spacing w:after="0"/>
            </w:pPr>
          </w:p>
        </w:tc>
        <w:tc>
          <w:tcPr>
            <w:tcW w:w="1587" w:type="dxa"/>
            <w:tcBorders>
              <w:top w:val="single" w:sz="8" w:space="0" w:color="B7C7D9"/>
              <w:left w:val="single" w:sz="8" w:space="0" w:color="B7C7D9"/>
              <w:bottom w:val="single" w:sz="8" w:space="0" w:color="B7C7D9"/>
              <w:right w:val="single" w:sz="8" w:space="0" w:color="B7C7D9"/>
            </w:tcBorders>
            <w:shd w:val="clear" w:color="auto" w:fill="EAF1F8"/>
            <w:vAlign w:val="center"/>
          </w:tcPr>
          <w:p w14:paraId="4970905E" w14:textId="77777777" w:rsidR="003248EE" w:rsidRDefault="00000000">
            <w:pPr>
              <w:spacing w:after="0"/>
            </w:pPr>
            <w:r>
              <w:rPr>
                <w:b/>
                <w:sz w:val="17"/>
              </w:rPr>
              <w:t>Telefono</w:t>
            </w:r>
          </w:p>
        </w:tc>
        <w:tc>
          <w:tcPr>
            <w:tcW w:w="3118" w:type="dxa"/>
            <w:tcBorders>
              <w:top w:val="single" w:sz="8" w:space="0" w:color="B7C7D9"/>
              <w:left w:val="single" w:sz="8" w:space="0" w:color="B7C7D9"/>
              <w:bottom w:val="single" w:sz="8" w:space="0" w:color="B7C7D9"/>
              <w:right w:val="single" w:sz="8" w:space="0" w:color="B7C7D9"/>
            </w:tcBorders>
            <w:vAlign w:val="center"/>
          </w:tcPr>
          <w:p w14:paraId="7E5F2F80" w14:textId="77777777" w:rsidR="003248EE" w:rsidRDefault="003248EE">
            <w:pPr>
              <w:spacing w:after="0"/>
            </w:pPr>
          </w:p>
        </w:tc>
      </w:tr>
      <w:tr w:rsidR="003248EE" w14:paraId="08FE44A9" w14:textId="77777777">
        <w:trPr>
          <w:jc w:val="center"/>
        </w:trPr>
        <w:tc>
          <w:tcPr>
            <w:tcW w:w="1871" w:type="dxa"/>
            <w:tcBorders>
              <w:top w:val="single" w:sz="8" w:space="0" w:color="B7C7D9"/>
              <w:left w:val="single" w:sz="8" w:space="0" w:color="B7C7D9"/>
              <w:bottom w:val="single" w:sz="8" w:space="0" w:color="B7C7D9"/>
              <w:right w:val="single" w:sz="8" w:space="0" w:color="B7C7D9"/>
            </w:tcBorders>
            <w:shd w:val="clear" w:color="auto" w:fill="EAF1F8"/>
            <w:vAlign w:val="center"/>
          </w:tcPr>
          <w:p w14:paraId="4B1B93B9" w14:textId="77777777" w:rsidR="003248EE" w:rsidRDefault="00000000">
            <w:pPr>
              <w:spacing w:after="0"/>
            </w:pPr>
            <w:r>
              <w:rPr>
                <w:b/>
                <w:sz w:val="17"/>
              </w:rPr>
              <w:t>E-mail / PEC</w:t>
            </w:r>
          </w:p>
        </w:tc>
        <w:tc>
          <w:tcPr>
            <w:tcW w:w="3061" w:type="dxa"/>
            <w:tcBorders>
              <w:top w:val="single" w:sz="8" w:space="0" w:color="B7C7D9"/>
              <w:left w:val="single" w:sz="8" w:space="0" w:color="B7C7D9"/>
              <w:bottom w:val="single" w:sz="8" w:space="0" w:color="B7C7D9"/>
              <w:right w:val="single" w:sz="8" w:space="0" w:color="B7C7D9"/>
            </w:tcBorders>
            <w:vAlign w:val="center"/>
          </w:tcPr>
          <w:p w14:paraId="7BFEF6AC" w14:textId="77777777" w:rsidR="003248EE" w:rsidRDefault="003248EE">
            <w:pPr>
              <w:spacing w:after="0"/>
            </w:pPr>
          </w:p>
        </w:tc>
        <w:tc>
          <w:tcPr>
            <w:tcW w:w="1587" w:type="dxa"/>
            <w:tcBorders>
              <w:top w:val="single" w:sz="8" w:space="0" w:color="B7C7D9"/>
              <w:left w:val="single" w:sz="8" w:space="0" w:color="B7C7D9"/>
              <w:bottom w:val="single" w:sz="8" w:space="0" w:color="B7C7D9"/>
              <w:right w:val="single" w:sz="8" w:space="0" w:color="B7C7D9"/>
            </w:tcBorders>
            <w:shd w:val="clear" w:color="auto" w:fill="EAF1F8"/>
            <w:vAlign w:val="center"/>
          </w:tcPr>
          <w:p w14:paraId="7F4A15D9" w14:textId="77777777" w:rsidR="003248EE" w:rsidRDefault="00000000">
            <w:pPr>
              <w:spacing w:after="0"/>
            </w:pPr>
            <w:r>
              <w:rPr>
                <w:b/>
                <w:sz w:val="17"/>
              </w:rPr>
              <w:t>Legale rappresentante / referente</w:t>
            </w:r>
          </w:p>
        </w:tc>
        <w:tc>
          <w:tcPr>
            <w:tcW w:w="3118" w:type="dxa"/>
            <w:tcBorders>
              <w:top w:val="single" w:sz="8" w:space="0" w:color="B7C7D9"/>
              <w:left w:val="single" w:sz="8" w:space="0" w:color="B7C7D9"/>
              <w:bottom w:val="single" w:sz="8" w:space="0" w:color="B7C7D9"/>
              <w:right w:val="single" w:sz="8" w:space="0" w:color="B7C7D9"/>
            </w:tcBorders>
            <w:vAlign w:val="center"/>
          </w:tcPr>
          <w:p w14:paraId="58351F4A" w14:textId="77777777" w:rsidR="003248EE" w:rsidRDefault="003248EE">
            <w:pPr>
              <w:spacing w:after="0"/>
            </w:pPr>
          </w:p>
        </w:tc>
      </w:tr>
    </w:tbl>
    <w:p w14:paraId="1D9CB4A7" w14:textId="77777777" w:rsidR="003248EE" w:rsidRDefault="00000000">
      <w:pPr>
        <w:pStyle w:val="Titolo2"/>
        <w:spacing w:after="60" w:line="240" w:lineRule="auto"/>
      </w:pPr>
      <w:r>
        <w:t>B. Dati del centro estivo e del minore</w:t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1871"/>
        <w:gridCol w:w="3061"/>
        <w:gridCol w:w="1587"/>
        <w:gridCol w:w="3118"/>
      </w:tblGrid>
      <w:tr w:rsidR="003248EE" w14:paraId="0A1B0839" w14:textId="77777777">
        <w:trPr>
          <w:jc w:val="center"/>
        </w:trPr>
        <w:tc>
          <w:tcPr>
            <w:tcW w:w="1871" w:type="dxa"/>
            <w:tcBorders>
              <w:top w:val="single" w:sz="8" w:space="0" w:color="B7C7D9"/>
              <w:left w:val="single" w:sz="8" w:space="0" w:color="B7C7D9"/>
              <w:bottom w:val="single" w:sz="8" w:space="0" w:color="B7C7D9"/>
              <w:right w:val="single" w:sz="8" w:space="0" w:color="B7C7D9"/>
            </w:tcBorders>
            <w:shd w:val="clear" w:color="auto" w:fill="EAF1F8"/>
            <w:vAlign w:val="center"/>
          </w:tcPr>
          <w:p w14:paraId="1FCB396B" w14:textId="77777777" w:rsidR="003248EE" w:rsidRDefault="00000000">
            <w:pPr>
              <w:spacing w:after="0"/>
            </w:pPr>
            <w:r>
              <w:rPr>
                <w:b/>
                <w:sz w:val="17"/>
              </w:rPr>
              <w:t>Denominazione centro estivo</w:t>
            </w:r>
          </w:p>
        </w:tc>
        <w:tc>
          <w:tcPr>
            <w:tcW w:w="3061" w:type="dxa"/>
            <w:tcBorders>
              <w:top w:val="single" w:sz="8" w:space="0" w:color="B7C7D9"/>
              <w:left w:val="single" w:sz="8" w:space="0" w:color="B7C7D9"/>
              <w:bottom w:val="single" w:sz="8" w:space="0" w:color="B7C7D9"/>
              <w:right w:val="single" w:sz="8" w:space="0" w:color="B7C7D9"/>
            </w:tcBorders>
            <w:vAlign w:val="center"/>
          </w:tcPr>
          <w:p w14:paraId="5266940A" w14:textId="77777777" w:rsidR="003248EE" w:rsidRDefault="003248EE">
            <w:pPr>
              <w:spacing w:after="0"/>
            </w:pPr>
          </w:p>
        </w:tc>
        <w:tc>
          <w:tcPr>
            <w:tcW w:w="1587" w:type="dxa"/>
            <w:tcBorders>
              <w:top w:val="single" w:sz="8" w:space="0" w:color="B7C7D9"/>
              <w:left w:val="single" w:sz="8" w:space="0" w:color="B7C7D9"/>
              <w:bottom w:val="single" w:sz="8" w:space="0" w:color="B7C7D9"/>
              <w:right w:val="single" w:sz="8" w:space="0" w:color="B7C7D9"/>
            </w:tcBorders>
            <w:shd w:val="clear" w:color="auto" w:fill="EAF1F8"/>
            <w:vAlign w:val="center"/>
          </w:tcPr>
          <w:p w14:paraId="444A1920" w14:textId="77777777" w:rsidR="003248EE" w:rsidRDefault="00000000">
            <w:pPr>
              <w:spacing w:after="0"/>
            </w:pPr>
            <w:r>
              <w:rPr>
                <w:b/>
                <w:sz w:val="17"/>
              </w:rPr>
              <w:t>Comune e sede</w:t>
            </w:r>
          </w:p>
        </w:tc>
        <w:tc>
          <w:tcPr>
            <w:tcW w:w="3118" w:type="dxa"/>
            <w:tcBorders>
              <w:top w:val="single" w:sz="8" w:space="0" w:color="B7C7D9"/>
              <w:left w:val="single" w:sz="8" w:space="0" w:color="B7C7D9"/>
              <w:bottom w:val="single" w:sz="8" w:space="0" w:color="B7C7D9"/>
              <w:right w:val="single" w:sz="8" w:space="0" w:color="B7C7D9"/>
            </w:tcBorders>
            <w:vAlign w:val="center"/>
          </w:tcPr>
          <w:p w14:paraId="69B2C421" w14:textId="77777777" w:rsidR="003248EE" w:rsidRDefault="003248EE">
            <w:pPr>
              <w:spacing w:after="0"/>
            </w:pPr>
          </w:p>
        </w:tc>
      </w:tr>
      <w:tr w:rsidR="003248EE" w14:paraId="6F0FC1CA" w14:textId="77777777">
        <w:trPr>
          <w:jc w:val="center"/>
        </w:trPr>
        <w:tc>
          <w:tcPr>
            <w:tcW w:w="1871" w:type="dxa"/>
            <w:tcBorders>
              <w:top w:val="single" w:sz="8" w:space="0" w:color="B7C7D9"/>
              <w:left w:val="single" w:sz="8" w:space="0" w:color="B7C7D9"/>
              <w:bottom w:val="single" w:sz="8" w:space="0" w:color="B7C7D9"/>
              <w:right w:val="single" w:sz="8" w:space="0" w:color="B7C7D9"/>
            </w:tcBorders>
            <w:shd w:val="clear" w:color="auto" w:fill="EAF1F8"/>
            <w:vAlign w:val="center"/>
          </w:tcPr>
          <w:p w14:paraId="4A172B34" w14:textId="77777777" w:rsidR="003248EE" w:rsidRDefault="00000000">
            <w:pPr>
              <w:spacing w:after="0"/>
            </w:pPr>
            <w:r>
              <w:rPr>
                <w:b/>
                <w:sz w:val="17"/>
              </w:rPr>
              <w:t>Minore iscritto/frequentante</w:t>
            </w:r>
          </w:p>
        </w:tc>
        <w:tc>
          <w:tcPr>
            <w:tcW w:w="3061" w:type="dxa"/>
            <w:tcBorders>
              <w:top w:val="single" w:sz="8" w:space="0" w:color="B7C7D9"/>
              <w:left w:val="single" w:sz="8" w:space="0" w:color="B7C7D9"/>
              <w:bottom w:val="single" w:sz="8" w:space="0" w:color="B7C7D9"/>
              <w:right w:val="single" w:sz="8" w:space="0" w:color="B7C7D9"/>
            </w:tcBorders>
            <w:vAlign w:val="center"/>
          </w:tcPr>
          <w:p w14:paraId="75E14214" w14:textId="77777777" w:rsidR="003248EE" w:rsidRDefault="003248EE">
            <w:pPr>
              <w:spacing w:after="0"/>
            </w:pPr>
          </w:p>
        </w:tc>
        <w:tc>
          <w:tcPr>
            <w:tcW w:w="1587" w:type="dxa"/>
            <w:tcBorders>
              <w:top w:val="single" w:sz="8" w:space="0" w:color="B7C7D9"/>
              <w:left w:val="single" w:sz="8" w:space="0" w:color="B7C7D9"/>
              <w:bottom w:val="single" w:sz="8" w:space="0" w:color="B7C7D9"/>
              <w:right w:val="single" w:sz="8" w:space="0" w:color="B7C7D9"/>
            </w:tcBorders>
            <w:shd w:val="clear" w:color="auto" w:fill="EAF1F8"/>
            <w:vAlign w:val="center"/>
          </w:tcPr>
          <w:p w14:paraId="5DB0F173" w14:textId="77777777" w:rsidR="003248EE" w:rsidRDefault="00000000">
            <w:pPr>
              <w:spacing w:after="0"/>
            </w:pPr>
            <w:r>
              <w:rPr>
                <w:b/>
                <w:sz w:val="17"/>
              </w:rPr>
              <w:t>Periodo previsto</w:t>
            </w:r>
          </w:p>
        </w:tc>
        <w:tc>
          <w:tcPr>
            <w:tcW w:w="3118" w:type="dxa"/>
            <w:tcBorders>
              <w:top w:val="single" w:sz="8" w:space="0" w:color="B7C7D9"/>
              <w:left w:val="single" w:sz="8" w:space="0" w:color="B7C7D9"/>
              <w:bottom w:val="single" w:sz="8" w:space="0" w:color="B7C7D9"/>
              <w:right w:val="single" w:sz="8" w:space="0" w:color="B7C7D9"/>
            </w:tcBorders>
            <w:vAlign w:val="center"/>
          </w:tcPr>
          <w:p w14:paraId="682BB01A" w14:textId="77777777" w:rsidR="003248EE" w:rsidRDefault="00000000">
            <w:pPr>
              <w:spacing w:after="0"/>
            </w:pPr>
            <w:r>
              <w:rPr>
                <w:color w:val="737373"/>
                <w:sz w:val="17"/>
              </w:rPr>
              <w:t>dal ____ / ____ / ______ al ____ / ____ / ______</w:t>
            </w:r>
          </w:p>
        </w:tc>
      </w:tr>
      <w:tr w:rsidR="003248EE" w14:paraId="3E2FB5AE" w14:textId="77777777">
        <w:trPr>
          <w:jc w:val="center"/>
        </w:trPr>
        <w:tc>
          <w:tcPr>
            <w:tcW w:w="1871" w:type="dxa"/>
            <w:tcBorders>
              <w:top w:val="single" w:sz="8" w:space="0" w:color="B7C7D9"/>
              <w:left w:val="single" w:sz="8" w:space="0" w:color="B7C7D9"/>
              <w:bottom w:val="single" w:sz="8" w:space="0" w:color="B7C7D9"/>
              <w:right w:val="single" w:sz="8" w:space="0" w:color="B7C7D9"/>
            </w:tcBorders>
            <w:shd w:val="clear" w:color="auto" w:fill="EAF1F8"/>
            <w:vAlign w:val="center"/>
          </w:tcPr>
          <w:p w14:paraId="4A8A553F" w14:textId="77777777" w:rsidR="003248EE" w:rsidRDefault="00000000">
            <w:pPr>
              <w:spacing w:after="0"/>
            </w:pPr>
            <w:r>
              <w:rPr>
                <w:b/>
                <w:sz w:val="17"/>
              </w:rPr>
              <w:t>Tariffa / costo previsto</w:t>
            </w:r>
          </w:p>
        </w:tc>
        <w:tc>
          <w:tcPr>
            <w:tcW w:w="3061" w:type="dxa"/>
            <w:tcBorders>
              <w:top w:val="single" w:sz="8" w:space="0" w:color="B7C7D9"/>
              <w:left w:val="single" w:sz="8" w:space="0" w:color="B7C7D9"/>
              <w:bottom w:val="single" w:sz="8" w:space="0" w:color="B7C7D9"/>
              <w:right w:val="single" w:sz="8" w:space="0" w:color="B7C7D9"/>
            </w:tcBorders>
            <w:vAlign w:val="center"/>
          </w:tcPr>
          <w:p w14:paraId="37F53D43" w14:textId="77777777" w:rsidR="003248EE" w:rsidRDefault="00000000">
            <w:pPr>
              <w:spacing w:after="0"/>
            </w:pPr>
            <w:r>
              <w:rPr>
                <w:color w:val="737373"/>
                <w:sz w:val="17"/>
              </w:rPr>
              <w:t>euro __________________</w:t>
            </w:r>
          </w:p>
        </w:tc>
        <w:tc>
          <w:tcPr>
            <w:tcW w:w="1587" w:type="dxa"/>
            <w:tcBorders>
              <w:top w:val="single" w:sz="8" w:space="0" w:color="B7C7D9"/>
              <w:left w:val="single" w:sz="8" w:space="0" w:color="B7C7D9"/>
              <w:bottom w:val="single" w:sz="8" w:space="0" w:color="B7C7D9"/>
              <w:right w:val="single" w:sz="8" w:space="0" w:color="B7C7D9"/>
            </w:tcBorders>
            <w:shd w:val="clear" w:color="auto" w:fill="EAF1F8"/>
            <w:vAlign w:val="center"/>
          </w:tcPr>
          <w:p w14:paraId="563BF1FB" w14:textId="77777777" w:rsidR="003248EE" w:rsidRDefault="003248EE">
            <w:pPr>
              <w:spacing w:after="0"/>
            </w:pPr>
          </w:p>
        </w:tc>
        <w:tc>
          <w:tcPr>
            <w:tcW w:w="3118" w:type="dxa"/>
            <w:tcBorders>
              <w:top w:val="single" w:sz="8" w:space="0" w:color="B7C7D9"/>
              <w:left w:val="single" w:sz="8" w:space="0" w:color="B7C7D9"/>
              <w:bottom w:val="single" w:sz="8" w:space="0" w:color="B7C7D9"/>
              <w:right w:val="single" w:sz="8" w:space="0" w:color="B7C7D9"/>
            </w:tcBorders>
            <w:vAlign w:val="center"/>
          </w:tcPr>
          <w:p w14:paraId="54BEFE54" w14:textId="77777777" w:rsidR="003248EE" w:rsidRDefault="003248EE">
            <w:pPr>
              <w:spacing w:after="0"/>
            </w:pPr>
          </w:p>
        </w:tc>
      </w:tr>
    </w:tbl>
    <w:p w14:paraId="4759B3E5" w14:textId="77777777" w:rsidR="003248EE" w:rsidRDefault="00000000">
      <w:pPr>
        <w:pStyle w:val="Titolo2"/>
        <w:spacing w:after="60" w:line="240" w:lineRule="auto"/>
      </w:pPr>
      <w:r>
        <w:t>C. Eventuale supporto educativo dedicato</w:t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2835"/>
        <w:gridCol w:w="6804"/>
      </w:tblGrid>
      <w:tr w:rsidR="003248EE" w14:paraId="5CDF39AB" w14:textId="77777777">
        <w:trPr>
          <w:jc w:val="center"/>
        </w:trPr>
        <w:tc>
          <w:tcPr>
            <w:tcW w:w="2835" w:type="dxa"/>
            <w:tcBorders>
              <w:top w:val="single" w:sz="8" w:space="0" w:color="B7C7D9"/>
              <w:left w:val="single" w:sz="8" w:space="0" w:color="B7C7D9"/>
              <w:bottom w:val="single" w:sz="8" w:space="0" w:color="B7C7D9"/>
              <w:right w:val="single" w:sz="8" w:space="0" w:color="B7C7D9"/>
            </w:tcBorders>
            <w:shd w:val="clear" w:color="auto" w:fill="EAF1F8"/>
            <w:vAlign w:val="center"/>
          </w:tcPr>
          <w:p w14:paraId="5757304E" w14:textId="77777777" w:rsidR="003248EE" w:rsidRDefault="00000000">
            <w:pPr>
              <w:spacing w:after="0"/>
            </w:pPr>
            <w:r>
              <w:rPr>
                <w:b/>
                <w:sz w:val="17"/>
              </w:rPr>
              <w:t>Supporto educativo individualizzato o dedicato</w:t>
            </w:r>
          </w:p>
        </w:tc>
        <w:tc>
          <w:tcPr>
            <w:tcW w:w="6804" w:type="dxa"/>
            <w:tcBorders>
              <w:top w:val="single" w:sz="8" w:space="0" w:color="B7C7D9"/>
              <w:left w:val="single" w:sz="8" w:space="0" w:color="B7C7D9"/>
              <w:bottom w:val="single" w:sz="8" w:space="0" w:color="B7C7D9"/>
              <w:right w:val="single" w:sz="8" w:space="0" w:color="B7C7D9"/>
            </w:tcBorders>
            <w:vAlign w:val="center"/>
          </w:tcPr>
          <w:p w14:paraId="46E5118D" w14:textId="77777777" w:rsidR="003248EE" w:rsidRDefault="00000000">
            <w:pPr>
              <w:spacing w:after="0"/>
            </w:pPr>
            <w:r>
              <w:rPr>
                <w:color w:val="737373"/>
                <w:sz w:val="17"/>
              </w:rPr>
              <w:t>☐ non previsto     ☐ previsto</w:t>
            </w:r>
          </w:p>
        </w:tc>
      </w:tr>
      <w:tr w:rsidR="003248EE" w14:paraId="4A132390" w14:textId="77777777">
        <w:trPr>
          <w:jc w:val="center"/>
        </w:trPr>
        <w:tc>
          <w:tcPr>
            <w:tcW w:w="2835" w:type="dxa"/>
            <w:tcBorders>
              <w:top w:val="single" w:sz="8" w:space="0" w:color="B7C7D9"/>
              <w:left w:val="single" w:sz="8" w:space="0" w:color="B7C7D9"/>
              <w:bottom w:val="single" w:sz="8" w:space="0" w:color="B7C7D9"/>
              <w:right w:val="single" w:sz="8" w:space="0" w:color="B7C7D9"/>
            </w:tcBorders>
            <w:shd w:val="clear" w:color="auto" w:fill="EAF1F8"/>
            <w:vAlign w:val="center"/>
          </w:tcPr>
          <w:p w14:paraId="7AB44117" w14:textId="77777777" w:rsidR="003248EE" w:rsidRDefault="00000000">
            <w:pPr>
              <w:spacing w:after="0"/>
            </w:pPr>
            <w:r>
              <w:rPr>
                <w:b/>
                <w:sz w:val="17"/>
              </w:rPr>
              <w:t>Motivazione e modalità organizzative del supporto, se previsto</w:t>
            </w:r>
          </w:p>
        </w:tc>
        <w:tc>
          <w:tcPr>
            <w:tcW w:w="6804" w:type="dxa"/>
            <w:tcBorders>
              <w:top w:val="single" w:sz="8" w:space="0" w:color="B7C7D9"/>
              <w:left w:val="single" w:sz="8" w:space="0" w:color="B7C7D9"/>
              <w:bottom w:val="single" w:sz="8" w:space="0" w:color="B7C7D9"/>
              <w:right w:val="single" w:sz="8" w:space="0" w:color="B7C7D9"/>
            </w:tcBorders>
            <w:vAlign w:val="center"/>
          </w:tcPr>
          <w:p w14:paraId="703205BD" w14:textId="77777777" w:rsidR="003248EE" w:rsidRDefault="003248EE">
            <w:pPr>
              <w:spacing w:after="0"/>
            </w:pPr>
          </w:p>
        </w:tc>
      </w:tr>
      <w:tr w:rsidR="003248EE" w14:paraId="08CDC000" w14:textId="77777777">
        <w:trPr>
          <w:jc w:val="center"/>
        </w:trPr>
        <w:tc>
          <w:tcPr>
            <w:tcW w:w="2835" w:type="dxa"/>
            <w:tcBorders>
              <w:top w:val="single" w:sz="8" w:space="0" w:color="B7C7D9"/>
              <w:left w:val="single" w:sz="8" w:space="0" w:color="B7C7D9"/>
              <w:bottom w:val="single" w:sz="8" w:space="0" w:color="B7C7D9"/>
              <w:right w:val="single" w:sz="8" w:space="0" w:color="B7C7D9"/>
            </w:tcBorders>
            <w:shd w:val="clear" w:color="auto" w:fill="EAF1F8"/>
            <w:vAlign w:val="center"/>
          </w:tcPr>
          <w:p w14:paraId="5B48278C" w14:textId="77777777" w:rsidR="003248EE" w:rsidRDefault="00000000">
            <w:pPr>
              <w:spacing w:after="0"/>
            </w:pPr>
            <w:r>
              <w:rPr>
                <w:b/>
                <w:sz w:val="17"/>
              </w:rPr>
              <w:t>Costo aggiuntivo eventualmente connesso</w:t>
            </w:r>
          </w:p>
        </w:tc>
        <w:tc>
          <w:tcPr>
            <w:tcW w:w="6804" w:type="dxa"/>
            <w:tcBorders>
              <w:top w:val="single" w:sz="8" w:space="0" w:color="B7C7D9"/>
              <w:left w:val="single" w:sz="8" w:space="0" w:color="B7C7D9"/>
              <w:bottom w:val="single" w:sz="8" w:space="0" w:color="B7C7D9"/>
              <w:right w:val="single" w:sz="8" w:space="0" w:color="B7C7D9"/>
            </w:tcBorders>
            <w:vAlign w:val="center"/>
          </w:tcPr>
          <w:p w14:paraId="7A2216B3" w14:textId="77777777" w:rsidR="003248EE" w:rsidRDefault="00000000">
            <w:pPr>
              <w:spacing w:after="0"/>
            </w:pPr>
            <w:r>
              <w:rPr>
                <w:color w:val="737373"/>
                <w:sz w:val="17"/>
              </w:rPr>
              <w:t>euro __________________</w:t>
            </w:r>
          </w:p>
        </w:tc>
      </w:tr>
    </w:tbl>
    <w:p w14:paraId="584B73ED" w14:textId="77777777" w:rsidR="003248EE" w:rsidRDefault="00000000">
      <w:pPr>
        <w:pStyle w:val="Titolo2"/>
        <w:spacing w:after="60" w:line="240" w:lineRule="auto"/>
      </w:pPr>
      <w:r>
        <w:t>D. Dichiarazione consuntiva per la liquidazione</w:t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2835"/>
        <w:gridCol w:w="6804"/>
      </w:tblGrid>
      <w:tr w:rsidR="003248EE" w14:paraId="7B35AE32" w14:textId="77777777">
        <w:trPr>
          <w:jc w:val="center"/>
        </w:trPr>
        <w:tc>
          <w:tcPr>
            <w:tcW w:w="2835" w:type="dxa"/>
            <w:tcBorders>
              <w:top w:val="single" w:sz="8" w:space="0" w:color="B7C7D9"/>
              <w:left w:val="single" w:sz="8" w:space="0" w:color="B7C7D9"/>
              <w:bottom w:val="single" w:sz="8" w:space="0" w:color="B7C7D9"/>
              <w:right w:val="single" w:sz="8" w:space="0" w:color="B7C7D9"/>
            </w:tcBorders>
            <w:shd w:val="clear" w:color="auto" w:fill="EAF1F8"/>
            <w:vAlign w:val="center"/>
          </w:tcPr>
          <w:p w14:paraId="61AB2037" w14:textId="77777777" w:rsidR="003248EE" w:rsidRDefault="00000000">
            <w:pPr>
              <w:spacing w:after="0"/>
            </w:pPr>
            <w:r>
              <w:rPr>
                <w:b/>
                <w:sz w:val="17"/>
              </w:rPr>
              <w:t>Periodo effettivamente frequentato</w:t>
            </w:r>
          </w:p>
        </w:tc>
        <w:tc>
          <w:tcPr>
            <w:tcW w:w="6804" w:type="dxa"/>
            <w:tcBorders>
              <w:top w:val="single" w:sz="8" w:space="0" w:color="B7C7D9"/>
              <w:left w:val="single" w:sz="8" w:space="0" w:color="B7C7D9"/>
              <w:bottom w:val="single" w:sz="8" w:space="0" w:color="B7C7D9"/>
              <w:right w:val="single" w:sz="8" w:space="0" w:color="B7C7D9"/>
            </w:tcBorders>
            <w:vAlign w:val="center"/>
          </w:tcPr>
          <w:p w14:paraId="7CFFC501" w14:textId="77777777" w:rsidR="003248EE" w:rsidRDefault="00000000">
            <w:pPr>
              <w:spacing w:after="0"/>
            </w:pPr>
            <w:r>
              <w:rPr>
                <w:color w:val="737373"/>
                <w:sz w:val="17"/>
              </w:rPr>
              <w:t>dal ____ / ____ / ______ al ____ / ____ / ______</w:t>
            </w:r>
          </w:p>
        </w:tc>
      </w:tr>
      <w:tr w:rsidR="003248EE" w14:paraId="0E72A3BE" w14:textId="77777777">
        <w:trPr>
          <w:jc w:val="center"/>
        </w:trPr>
        <w:tc>
          <w:tcPr>
            <w:tcW w:w="2835" w:type="dxa"/>
            <w:tcBorders>
              <w:top w:val="single" w:sz="8" w:space="0" w:color="B7C7D9"/>
              <w:left w:val="single" w:sz="8" w:space="0" w:color="B7C7D9"/>
              <w:bottom w:val="single" w:sz="8" w:space="0" w:color="B7C7D9"/>
              <w:right w:val="single" w:sz="8" w:space="0" w:color="B7C7D9"/>
            </w:tcBorders>
            <w:shd w:val="clear" w:color="auto" w:fill="EAF1F8"/>
            <w:vAlign w:val="center"/>
          </w:tcPr>
          <w:p w14:paraId="5568B7AA" w14:textId="77777777" w:rsidR="003248EE" w:rsidRDefault="00000000">
            <w:pPr>
              <w:spacing w:after="0"/>
            </w:pPr>
            <w:r>
              <w:rPr>
                <w:b/>
                <w:sz w:val="17"/>
              </w:rPr>
              <w:t>Costo complessivo effettivamente maturato</w:t>
            </w:r>
          </w:p>
        </w:tc>
        <w:tc>
          <w:tcPr>
            <w:tcW w:w="6804" w:type="dxa"/>
            <w:tcBorders>
              <w:top w:val="single" w:sz="8" w:space="0" w:color="B7C7D9"/>
              <w:left w:val="single" w:sz="8" w:space="0" w:color="B7C7D9"/>
              <w:bottom w:val="single" w:sz="8" w:space="0" w:color="B7C7D9"/>
              <w:right w:val="single" w:sz="8" w:space="0" w:color="B7C7D9"/>
            </w:tcBorders>
            <w:vAlign w:val="center"/>
          </w:tcPr>
          <w:p w14:paraId="2D5AC635" w14:textId="77777777" w:rsidR="003248EE" w:rsidRDefault="00000000">
            <w:pPr>
              <w:spacing w:after="0"/>
            </w:pPr>
            <w:r>
              <w:rPr>
                <w:color w:val="737373"/>
                <w:sz w:val="17"/>
              </w:rPr>
              <w:t>euro __________________</w:t>
            </w:r>
          </w:p>
        </w:tc>
      </w:tr>
      <w:tr w:rsidR="003248EE" w14:paraId="41D84F48" w14:textId="77777777">
        <w:trPr>
          <w:jc w:val="center"/>
        </w:trPr>
        <w:tc>
          <w:tcPr>
            <w:tcW w:w="2835" w:type="dxa"/>
            <w:tcBorders>
              <w:top w:val="single" w:sz="8" w:space="0" w:color="B7C7D9"/>
              <w:left w:val="single" w:sz="8" w:space="0" w:color="B7C7D9"/>
              <w:bottom w:val="single" w:sz="8" w:space="0" w:color="B7C7D9"/>
              <w:right w:val="single" w:sz="8" w:space="0" w:color="B7C7D9"/>
            </w:tcBorders>
            <w:shd w:val="clear" w:color="auto" w:fill="EAF1F8"/>
            <w:vAlign w:val="center"/>
          </w:tcPr>
          <w:p w14:paraId="5F00643F" w14:textId="77777777" w:rsidR="003248EE" w:rsidRDefault="00000000">
            <w:pPr>
              <w:spacing w:after="0"/>
            </w:pPr>
            <w:r>
              <w:rPr>
                <w:b/>
                <w:sz w:val="17"/>
              </w:rPr>
              <w:t>Eventuali assenze / riduzioni / variazioni</w:t>
            </w:r>
          </w:p>
        </w:tc>
        <w:tc>
          <w:tcPr>
            <w:tcW w:w="6804" w:type="dxa"/>
            <w:tcBorders>
              <w:top w:val="single" w:sz="8" w:space="0" w:color="B7C7D9"/>
              <w:left w:val="single" w:sz="8" w:space="0" w:color="B7C7D9"/>
              <w:bottom w:val="single" w:sz="8" w:space="0" w:color="B7C7D9"/>
              <w:right w:val="single" w:sz="8" w:space="0" w:color="B7C7D9"/>
            </w:tcBorders>
            <w:vAlign w:val="center"/>
          </w:tcPr>
          <w:p w14:paraId="2D12B5E1" w14:textId="77777777" w:rsidR="003248EE" w:rsidRDefault="003248EE">
            <w:pPr>
              <w:spacing w:after="0"/>
            </w:pPr>
          </w:p>
        </w:tc>
      </w:tr>
      <w:tr w:rsidR="003248EE" w14:paraId="0EC8AF93" w14:textId="77777777">
        <w:trPr>
          <w:jc w:val="center"/>
        </w:trPr>
        <w:tc>
          <w:tcPr>
            <w:tcW w:w="2835" w:type="dxa"/>
            <w:tcBorders>
              <w:top w:val="single" w:sz="8" w:space="0" w:color="B7C7D9"/>
              <w:left w:val="single" w:sz="8" w:space="0" w:color="B7C7D9"/>
              <w:bottom w:val="single" w:sz="8" w:space="0" w:color="B7C7D9"/>
              <w:right w:val="single" w:sz="8" w:space="0" w:color="B7C7D9"/>
            </w:tcBorders>
            <w:shd w:val="clear" w:color="auto" w:fill="EAF1F8"/>
            <w:vAlign w:val="center"/>
          </w:tcPr>
          <w:p w14:paraId="22664F21" w14:textId="77777777" w:rsidR="003248EE" w:rsidRDefault="00000000">
            <w:pPr>
              <w:spacing w:after="0"/>
            </w:pPr>
            <w:r>
              <w:rPr>
                <w:b/>
                <w:sz w:val="17"/>
              </w:rPr>
              <w:t>Dati per la liquidazione / IBAN</w:t>
            </w:r>
          </w:p>
        </w:tc>
        <w:tc>
          <w:tcPr>
            <w:tcW w:w="6804" w:type="dxa"/>
            <w:tcBorders>
              <w:top w:val="single" w:sz="8" w:space="0" w:color="B7C7D9"/>
              <w:left w:val="single" w:sz="8" w:space="0" w:color="B7C7D9"/>
              <w:bottom w:val="single" w:sz="8" w:space="0" w:color="B7C7D9"/>
              <w:right w:val="single" w:sz="8" w:space="0" w:color="B7C7D9"/>
            </w:tcBorders>
            <w:vAlign w:val="center"/>
          </w:tcPr>
          <w:p w14:paraId="49F673E3" w14:textId="77777777" w:rsidR="003248EE" w:rsidRDefault="00000000">
            <w:pPr>
              <w:spacing w:after="0"/>
            </w:pPr>
            <w:r>
              <w:rPr>
                <w:color w:val="737373"/>
                <w:sz w:val="17"/>
              </w:rPr>
              <w:t>Intestatario ________________________________   IBAN ________________________________</w:t>
            </w:r>
          </w:p>
        </w:tc>
      </w:tr>
    </w:tbl>
    <w:p w14:paraId="4404414A" w14:textId="77777777" w:rsidR="003248EE" w:rsidRDefault="00000000">
      <w:pPr>
        <w:pStyle w:val="Titolo2"/>
        <w:spacing w:after="60" w:line="240" w:lineRule="auto"/>
      </w:pPr>
      <w:r>
        <w:t>E. Sottoscrizione del gestore</w:t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2835"/>
        <w:gridCol w:w="6804"/>
      </w:tblGrid>
      <w:tr w:rsidR="003248EE" w14:paraId="1978E702" w14:textId="77777777">
        <w:trPr>
          <w:jc w:val="center"/>
        </w:trPr>
        <w:tc>
          <w:tcPr>
            <w:tcW w:w="2835" w:type="dxa"/>
            <w:tcBorders>
              <w:top w:val="single" w:sz="8" w:space="0" w:color="B7C7D9"/>
              <w:left w:val="single" w:sz="8" w:space="0" w:color="B7C7D9"/>
              <w:bottom w:val="single" w:sz="8" w:space="0" w:color="B7C7D9"/>
              <w:right w:val="single" w:sz="8" w:space="0" w:color="B7C7D9"/>
            </w:tcBorders>
            <w:shd w:val="clear" w:color="auto" w:fill="EAF1F8"/>
            <w:vAlign w:val="center"/>
          </w:tcPr>
          <w:p w14:paraId="72499822" w14:textId="77777777" w:rsidR="003248EE" w:rsidRDefault="00000000">
            <w:pPr>
              <w:spacing w:after="0"/>
            </w:pPr>
            <w:r>
              <w:rPr>
                <w:b/>
                <w:sz w:val="17"/>
              </w:rPr>
              <w:t>Luogo e data</w:t>
            </w:r>
          </w:p>
        </w:tc>
        <w:tc>
          <w:tcPr>
            <w:tcW w:w="6804" w:type="dxa"/>
            <w:tcBorders>
              <w:top w:val="single" w:sz="8" w:space="0" w:color="B7C7D9"/>
              <w:left w:val="single" w:sz="8" w:space="0" w:color="B7C7D9"/>
              <w:bottom w:val="single" w:sz="8" w:space="0" w:color="B7C7D9"/>
              <w:right w:val="single" w:sz="8" w:space="0" w:color="B7C7D9"/>
            </w:tcBorders>
            <w:vAlign w:val="center"/>
          </w:tcPr>
          <w:p w14:paraId="0C5E51E8" w14:textId="77777777" w:rsidR="003248EE" w:rsidRDefault="003248EE">
            <w:pPr>
              <w:spacing w:after="0"/>
            </w:pPr>
          </w:p>
        </w:tc>
      </w:tr>
      <w:tr w:rsidR="003248EE" w14:paraId="4F18A979" w14:textId="77777777">
        <w:trPr>
          <w:jc w:val="center"/>
        </w:trPr>
        <w:tc>
          <w:tcPr>
            <w:tcW w:w="2835" w:type="dxa"/>
            <w:tcBorders>
              <w:top w:val="single" w:sz="8" w:space="0" w:color="B7C7D9"/>
              <w:left w:val="single" w:sz="8" w:space="0" w:color="B7C7D9"/>
              <w:bottom w:val="single" w:sz="8" w:space="0" w:color="B7C7D9"/>
              <w:right w:val="single" w:sz="8" w:space="0" w:color="B7C7D9"/>
            </w:tcBorders>
            <w:shd w:val="clear" w:color="auto" w:fill="EAF1F8"/>
            <w:vAlign w:val="center"/>
          </w:tcPr>
          <w:p w14:paraId="4E42F445" w14:textId="77777777" w:rsidR="003248EE" w:rsidRDefault="00000000">
            <w:pPr>
              <w:spacing w:after="0"/>
            </w:pPr>
            <w:r>
              <w:rPr>
                <w:b/>
                <w:sz w:val="17"/>
              </w:rPr>
              <w:t>Firma del legale rappresentante / referente</w:t>
            </w:r>
          </w:p>
        </w:tc>
        <w:tc>
          <w:tcPr>
            <w:tcW w:w="6804" w:type="dxa"/>
            <w:tcBorders>
              <w:top w:val="single" w:sz="8" w:space="0" w:color="B7C7D9"/>
              <w:left w:val="single" w:sz="8" w:space="0" w:color="B7C7D9"/>
              <w:bottom w:val="single" w:sz="8" w:space="0" w:color="B7C7D9"/>
              <w:right w:val="single" w:sz="8" w:space="0" w:color="B7C7D9"/>
            </w:tcBorders>
            <w:vAlign w:val="center"/>
          </w:tcPr>
          <w:p w14:paraId="79A1CBE9" w14:textId="77777777" w:rsidR="003248EE" w:rsidRDefault="003248EE">
            <w:pPr>
              <w:spacing w:after="0"/>
            </w:pPr>
          </w:p>
        </w:tc>
      </w:tr>
    </w:tbl>
    <w:p w14:paraId="002A5C4E" w14:textId="77777777" w:rsidR="001B1F75" w:rsidRDefault="001B1F75"/>
    <w:sectPr w:rsidR="001B1F75" w:rsidSect="00034616">
      <w:headerReference w:type="default" r:id="rId8"/>
      <w:footerReference w:type="default" r:id="rId9"/>
      <w:pgSz w:w="12240" w:h="15840"/>
      <w:pgMar w:top="680" w:right="964" w:bottom="680" w:left="96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0EF45B" w14:textId="77777777" w:rsidR="001B1F75" w:rsidRDefault="001B1F75">
      <w:pPr>
        <w:spacing w:after="0" w:line="240" w:lineRule="auto"/>
      </w:pPr>
      <w:r>
        <w:separator/>
      </w:r>
    </w:p>
  </w:endnote>
  <w:endnote w:type="continuationSeparator" w:id="0">
    <w:p w14:paraId="508D6D0E" w14:textId="77777777" w:rsidR="001B1F75" w:rsidRDefault="001B1F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60409020205020404"/>
    <w:charset w:val="00"/>
    <w:family w:val="modern"/>
    <w:pitch w:val="fixed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49AE66" w14:textId="77777777" w:rsidR="003248EE" w:rsidRDefault="00000000">
    <w:pPr>
      <w:pStyle w:val="Pidipagina"/>
      <w:jc w:val="center"/>
    </w:pPr>
    <w:proofErr w:type="spellStart"/>
    <w:r>
      <w:rPr>
        <w:color w:val="646464"/>
        <w:sz w:val="16"/>
      </w:rPr>
      <w:t>Modello</w:t>
    </w:r>
    <w:proofErr w:type="spellEnd"/>
    <w:r>
      <w:rPr>
        <w:color w:val="646464"/>
        <w:sz w:val="16"/>
      </w:rPr>
      <w:t xml:space="preserve"> </w:t>
    </w:r>
    <w:proofErr w:type="spellStart"/>
    <w:r>
      <w:rPr>
        <w:color w:val="646464"/>
        <w:sz w:val="16"/>
      </w:rPr>
      <w:t>domanda</w:t>
    </w:r>
    <w:proofErr w:type="spellEnd"/>
    <w:r>
      <w:rPr>
        <w:color w:val="646464"/>
        <w:sz w:val="16"/>
      </w:rPr>
      <w:t xml:space="preserve"> </w:t>
    </w:r>
    <w:proofErr w:type="spellStart"/>
    <w:r>
      <w:rPr>
        <w:color w:val="646464"/>
        <w:sz w:val="16"/>
      </w:rPr>
      <w:t>contributo</w:t>
    </w:r>
    <w:proofErr w:type="spellEnd"/>
    <w:r>
      <w:rPr>
        <w:color w:val="646464"/>
        <w:sz w:val="16"/>
      </w:rPr>
      <w:t xml:space="preserve"> </w:t>
    </w:r>
    <w:proofErr w:type="spellStart"/>
    <w:r>
      <w:rPr>
        <w:color w:val="646464"/>
        <w:sz w:val="16"/>
      </w:rPr>
      <w:t>centri</w:t>
    </w:r>
    <w:proofErr w:type="spellEnd"/>
    <w:r>
      <w:rPr>
        <w:color w:val="646464"/>
        <w:sz w:val="16"/>
      </w:rPr>
      <w:t xml:space="preserve"> </w:t>
    </w:r>
    <w:proofErr w:type="spellStart"/>
    <w:r>
      <w:rPr>
        <w:color w:val="646464"/>
        <w:sz w:val="16"/>
      </w:rPr>
      <w:t>estivi</w:t>
    </w:r>
    <w:proofErr w:type="spellEnd"/>
    <w:r>
      <w:rPr>
        <w:color w:val="646464"/>
        <w:sz w:val="16"/>
      </w:rPr>
      <w:t xml:space="preserve"> </w:t>
    </w:r>
    <w:proofErr w:type="spellStart"/>
    <w:r>
      <w:rPr>
        <w:color w:val="646464"/>
        <w:sz w:val="16"/>
      </w:rPr>
      <w:t>presso</w:t>
    </w:r>
    <w:proofErr w:type="spellEnd"/>
    <w:r>
      <w:rPr>
        <w:color w:val="646464"/>
        <w:sz w:val="16"/>
      </w:rPr>
      <w:t xml:space="preserve"> </w:t>
    </w:r>
    <w:proofErr w:type="spellStart"/>
    <w:r>
      <w:rPr>
        <w:color w:val="646464"/>
        <w:sz w:val="16"/>
      </w:rPr>
      <w:t>altri</w:t>
    </w:r>
    <w:proofErr w:type="spellEnd"/>
    <w:r>
      <w:rPr>
        <w:color w:val="646464"/>
        <w:sz w:val="16"/>
      </w:rPr>
      <w:t xml:space="preserve"> </w:t>
    </w:r>
    <w:proofErr w:type="spellStart"/>
    <w:r>
      <w:rPr>
        <w:color w:val="646464"/>
        <w:sz w:val="16"/>
      </w:rPr>
      <w:t>Comuni</w:t>
    </w:r>
    <w:proofErr w:type="spellEnd"/>
    <w:r>
      <w:rPr>
        <w:color w:val="646464"/>
        <w:sz w:val="16"/>
      </w:rPr>
      <w:t xml:space="preserve"> – anno 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0C3974" w14:textId="77777777" w:rsidR="001B1F75" w:rsidRDefault="001B1F75">
      <w:pPr>
        <w:spacing w:after="0" w:line="240" w:lineRule="auto"/>
      </w:pPr>
      <w:r>
        <w:separator/>
      </w:r>
    </w:p>
  </w:footnote>
  <w:footnote w:type="continuationSeparator" w:id="0">
    <w:p w14:paraId="719B1601" w14:textId="77777777" w:rsidR="001B1F75" w:rsidRDefault="001B1F7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CF244C" w14:textId="77777777" w:rsidR="003248EE" w:rsidRDefault="003248EE">
    <w:pPr>
      <w:pStyle w:val="Intestazione"/>
    </w:pPr>
  </w:p>
  <w:tbl>
    <w:tblPr>
      <w:tblW w:w="0" w:type="auto"/>
      <w:jc w:val="center"/>
      <w:tblLook w:val="04A0" w:firstRow="1" w:lastRow="0" w:firstColumn="1" w:lastColumn="0" w:noHBand="0" w:noVBand="1"/>
    </w:tblPr>
    <w:tblGrid>
      <w:gridCol w:w="4932"/>
      <w:gridCol w:w="4932"/>
    </w:tblGrid>
    <w:tr w:rsidR="003248EE" w14:paraId="63B6F2BD" w14:textId="77777777">
      <w:trPr>
        <w:jc w:val="center"/>
      </w:trPr>
      <w:tc>
        <w:tcPr>
          <w:tcW w:w="4932" w:type="dxa"/>
          <w:tcBorders>
            <w:bottom w:val="single" w:sz="12" w:space="0" w:color="1F4E79"/>
          </w:tcBorders>
        </w:tcPr>
        <w:p w14:paraId="34B064EE" w14:textId="77777777" w:rsidR="003248EE" w:rsidRDefault="00000000">
          <w:pPr>
            <w:spacing w:after="0"/>
          </w:pPr>
          <w:r>
            <w:rPr>
              <w:b/>
              <w:color w:val="1F4E79"/>
            </w:rPr>
            <w:t>COMUNE DI CONDOVE</w:t>
          </w:r>
          <w:r>
            <w:rPr>
              <w:b/>
              <w:color w:val="1F4E79"/>
            </w:rPr>
            <w:br/>
            <w:t xml:space="preserve">Città </w:t>
          </w:r>
          <w:proofErr w:type="spellStart"/>
          <w:r>
            <w:rPr>
              <w:b/>
              <w:color w:val="1F4E79"/>
            </w:rPr>
            <w:t>Metropolitana</w:t>
          </w:r>
          <w:proofErr w:type="spellEnd"/>
          <w:r>
            <w:rPr>
              <w:b/>
              <w:color w:val="1F4E79"/>
            </w:rPr>
            <w:t xml:space="preserve"> di Torino</w:t>
          </w:r>
          <w:r>
            <w:rPr>
              <w:b/>
              <w:color w:val="1F4E79"/>
            </w:rPr>
            <w:br/>
            <w:t xml:space="preserve">Area </w:t>
          </w:r>
          <w:proofErr w:type="spellStart"/>
          <w:r>
            <w:rPr>
              <w:b/>
              <w:color w:val="1F4E79"/>
            </w:rPr>
            <w:t>Amministrativa</w:t>
          </w:r>
          <w:proofErr w:type="spellEnd"/>
        </w:p>
      </w:tc>
      <w:tc>
        <w:tcPr>
          <w:tcW w:w="4932" w:type="dxa"/>
          <w:tcBorders>
            <w:bottom w:val="single" w:sz="12" w:space="0" w:color="1F4E79"/>
          </w:tcBorders>
        </w:tcPr>
        <w:p w14:paraId="6E1CD8D2" w14:textId="77777777" w:rsidR="003248EE" w:rsidRDefault="00000000">
          <w:pPr>
            <w:spacing w:after="0"/>
            <w:jc w:val="right"/>
          </w:pPr>
          <w:r>
            <w:rPr>
              <w:sz w:val="16"/>
            </w:rPr>
            <w:t xml:space="preserve">Piazza </w:t>
          </w:r>
          <w:proofErr w:type="spellStart"/>
          <w:r>
            <w:rPr>
              <w:sz w:val="16"/>
            </w:rPr>
            <w:t>Martiri</w:t>
          </w:r>
          <w:proofErr w:type="spellEnd"/>
          <w:r>
            <w:rPr>
              <w:sz w:val="16"/>
            </w:rPr>
            <w:t xml:space="preserve"> della Libertà n. 7 – 10055 Condove (TO)</w:t>
          </w:r>
          <w:r>
            <w:rPr>
              <w:sz w:val="16"/>
            </w:rPr>
            <w:br/>
            <w:t>Tel. 0119643102</w:t>
          </w:r>
          <w:r>
            <w:rPr>
              <w:sz w:val="16"/>
            </w:rPr>
            <w:br/>
            <w:t>www.comune.condove.to.it</w:t>
          </w:r>
        </w:p>
      </w:tc>
    </w:tr>
  </w:tbl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Numeroelenco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Numeroelenco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Puntoelenco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Puntoelenco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Numeroelenco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Puntoelenco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803699003">
    <w:abstractNumId w:val="8"/>
  </w:num>
  <w:num w:numId="2" w16cid:durableId="106196861">
    <w:abstractNumId w:val="6"/>
  </w:num>
  <w:num w:numId="3" w16cid:durableId="2435180">
    <w:abstractNumId w:val="5"/>
  </w:num>
  <w:num w:numId="4" w16cid:durableId="1131552818">
    <w:abstractNumId w:val="4"/>
  </w:num>
  <w:num w:numId="5" w16cid:durableId="1383867332">
    <w:abstractNumId w:val="7"/>
  </w:num>
  <w:num w:numId="6" w16cid:durableId="10574152">
    <w:abstractNumId w:val="3"/>
  </w:num>
  <w:num w:numId="7" w16cid:durableId="1607419142">
    <w:abstractNumId w:val="2"/>
  </w:num>
  <w:num w:numId="8" w16cid:durableId="832522929">
    <w:abstractNumId w:val="1"/>
  </w:num>
  <w:num w:numId="9" w16cid:durableId="160518876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15074B"/>
    <w:rsid w:val="001B1F75"/>
    <w:rsid w:val="0029639D"/>
    <w:rsid w:val="003248EE"/>
    <w:rsid w:val="00326F90"/>
    <w:rsid w:val="003D309C"/>
    <w:rsid w:val="00A1781C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C899343"/>
  <w14:defaultImageDpi w14:val="300"/>
  <w15:docId w15:val="{D8E517D0-FB5B-4CF1-B725-FD0FC0112F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FC693F"/>
    <w:rPr>
      <w:rFonts w:ascii="Arial" w:eastAsia="Arial" w:hAnsi="Arial"/>
      <w:sz w:val="18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itolo2">
    <w:name w:val="heading 2"/>
    <w:basedOn w:val="Normale"/>
    <w:next w:val="Normale"/>
    <w:link w:val="Titolo2Carattere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1F4E79"/>
      <w:sz w:val="22"/>
      <w:szCs w:val="26"/>
    </w:rPr>
  </w:style>
  <w:style w:type="paragraph" w:styleId="Titolo3">
    <w:name w:val="heading 3"/>
    <w:basedOn w:val="Normale"/>
    <w:next w:val="Normale"/>
    <w:link w:val="Titolo3Carattere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E618BF"/>
  </w:style>
  <w:style w:type="paragraph" w:styleId="Pidipagina">
    <w:name w:val="footer"/>
    <w:basedOn w:val="Normale"/>
    <w:link w:val="PidipaginaCarattere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E618BF"/>
  </w:style>
  <w:style w:type="paragraph" w:styleId="Nessunaspaziatura">
    <w:name w:val="No Spacing"/>
    <w:uiPriority w:val="1"/>
    <w:qFormat/>
    <w:rsid w:val="00FC693F"/>
    <w:pPr>
      <w:spacing w:after="0" w:line="240" w:lineRule="auto"/>
    </w:pPr>
  </w:style>
  <w:style w:type="character" w:customStyle="1" w:styleId="Titolo1Carattere">
    <w:name w:val="Titolo 1 Carattere"/>
    <w:basedOn w:val="Carpredefinitoparagrafo"/>
    <w:link w:val="Titolo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itolo2Carattere">
    <w:name w:val="Titolo 2 Carattere"/>
    <w:basedOn w:val="Carpredefinitoparagrafo"/>
    <w:link w:val="Titolo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itolo3Carattere">
    <w:name w:val="Titolo 3 Carattere"/>
    <w:basedOn w:val="Carpredefinitoparagrafo"/>
    <w:link w:val="Titolo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olo">
    <w:name w:val="Title"/>
    <w:basedOn w:val="Normale"/>
    <w:next w:val="Normale"/>
    <w:link w:val="TitoloCarattere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oloCarattere">
    <w:name w:val="Titolo Carattere"/>
    <w:basedOn w:val="Carpredefinitoparagrafo"/>
    <w:link w:val="Titolo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Paragrafoelenco">
    <w:name w:val="List Paragraph"/>
    <w:basedOn w:val="Normale"/>
    <w:uiPriority w:val="34"/>
    <w:qFormat/>
    <w:rsid w:val="00FC693F"/>
    <w:pPr>
      <w:ind w:left="720"/>
      <w:contextualSpacing/>
    </w:pPr>
  </w:style>
  <w:style w:type="paragraph" w:styleId="Corpotesto">
    <w:name w:val="Body Text"/>
    <w:basedOn w:val="Normale"/>
    <w:link w:val="CorpotestoCarattere"/>
    <w:uiPriority w:val="99"/>
    <w:unhideWhenUsed/>
    <w:rsid w:val="00AA1D8D"/>
    <w:pPr>
      <w:spacing w:after="120"/>
    </w:pPr>
  </w:style>
  <w:style w:type="character" w:customStyle="1" w:styleId="CorpotestoCarattere">
    <w:name w:val="Corpo testo Carattere"/>
    <w:basedOn w:val="Carpredefinitoparagrafo"/>
    <w:link w:val="Corpotesto"/>
    <w:uiPriority w:val="99"/>
    <w:rsid w:val="00AA1D8D"/>
  </w:style>
  <w:style w:type="paragraph" w:styleId="Corpodeltesto2">
    <w:name w:val="Body Text 2"/>
    <w:basedOn w:val="Normale"/>
    <w:link w:val="Corpodeltesto2Carattere"/>
    <w:uiPriority w:val="99"/>
    <w:unhideWhenUsed/>
    <w:rsid w:val="00AA1D8D"/>
    <w:pPr>
      <w:spacing w:after="120" w:line="480" w:lineRule="auto"/>
    </w:pPr>
  </w:style>
  <w:style w:type="character" w:customStyle="1" w:styleId="Corpodeltesto2Carattere">
    <w:name w:val="Corpo del testo 2 Carattere"/>
    <w:basedOn w:val="Carpredefinitoparagrafo"/>
    <w:link w:val="Corpodeltesto2"/>
    <w:uiPriority w:val="99"/>
    <w:rsid w:val="00AA1D8D"/>
  </w:style>
  <w:style w:type="paragraph" w:styleId="Corpodeltesto3">
    <w:name w:val="Body Text 3"/>
    <w:basedOn w:val="Normale"/>
    <w:link w:val="Corpodeltesto3Carattere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Corpodeltesto3Carattere">
    <w:name w:val="Corpo del testo 3 Carattere"/>
    <w:basedOn w:val="Carpredefinitoparagrafo"/>
    <w:link w:val="Corpodeltesto3"/>
    <w:uiPriority w:val="99"/>
    <w:rsid w:val="00AA1D8D"/>
    <w:rPr>
      <w:sz w:val="16"/>
      <w:szCs w:val="16"/>
    </w:rPr>
  </w:style>
  <w:style w:type="paragraph" w:styleId="Elenco">
    <w:name w:val="List"/>
    <w:basedOn w:val="Normale"/>
    <w:uiPriority w:val="99"/>
    <w:unhideWhenUsed/>
    <w:rsid w:val="00AA1D8D"/>
    <w:pPr>
      <w:ind w:left="360" w:hanging="360"/>
      <w:contextualSpacing/>
    </w:pPr>
  </w:style>
  <w:style w:type="paragraph" w:styleId="Elenco2">
    <w:name w:val="List 2"/>
    <w:basedOn w:val="Normale"/>
    <w:uiPriority w:val="99"/>
    <w:unhideWhenUsed/>
    <w:rsid w:val="00326F90"/>
    <w:pPr>
      <w:ind w:left="720" w:hanging="360"/>
      <w:contextualSpacing/>
    </w:pPr>
  </w:style>
  <w:style w:type="paragraph" w:styleId="Elenco3">
    <w:name w:val="List 3"/>
    <w:basedOn w:val="Normale"/>
    <w:uiPriority w:val="99"/>
    <w:unhideWhenUsed/>
    <w:rsid w:val="00326F90"/>
    <w:pPr>
      <w:ind w:left="1080" w:hanging="360"/>
      <w:contextualSpacing/>
    </w:pPr>
  </w:style>
  <w:style w:type="paragraph" w:styleId="Puntoelenco">
    <w:name w:val="List Bullet"/>
    <w:basedOn w:val="Normale"/>
    <w:uiPriority w:val="99"/>
    <w:unhideWhenUsed/>
    <w:rsid w:val="00326F90"/>
    <w:pPr>
      <w:numPr>
        <w:numId w:val="1"/>
      </w:numPr>
      <w:contextualSpacing/>
    </w:pPr>
  </w:style>
  <w:style w:type="paragraph" w:styleId="Puntoelenco2">
    <w:name w:val="List Bullet 2"/>
    <w:basedOn w:val="Normale"/>
    <w:uiPriority w:val="99"/>
    <w:unhideWhenUsed/>
    <w:rsid w:val="00326F90"/>
    <w:pPr>
      <w:numPr>
        <w:numId w:val="2"/>
      </w:numPr>
      <w:contextualSpacing/>
    </w:pPr>
  </w:style>
  <w:style w:type="paragraph" w:styleId="Puntoelenco3">
    <w:name w:val="List Bullet 3"/>
    <w:basedOn w:val="Normale"/>
    <w:uiPriority w:val="99"/>
    <w:unhideWhenUsed/>
    <w:rsid w:val="00326F90"/>
    <w:pPr>
      <w:numPr>
        <w:numId w:val="3"/>
      </w:numPr>
      <w:contextualSpacing/>
    </w:pPr>
  </w:style>
  <w:style w:type="paragraph" w:styleId="Numeroelenco">
    <w:name w:val="List Number"/>
    <w:basedOn w:val="Normale"/>
    <w:uiPriority w:val="99"/>
    <w:unhideWhenUsed/>
    <w:rsid w:val="00326F90"/>
    <w:pPr>
      <w:numPr>
        <w:numId w:val="5"/>
      </w:numPr>
      <w:contextualSpacing/>
    </w:pPr>
  </w:style>
  <w:style w:type="paragraph" w:styleId="Numeroelenco2">
    <w:name w:val="List Number 2"/>
    <w:basedOn w:val="Normale"/>
    <w:uiPriority w:val="99"/>
    <w:unhideWhenUsed/>
    <w:rsid w:val="0029639D"/>
    <w:pPr>
      <w:numPr>
        <w:numId w:val="6"/>
      </w:numPr>
      <w:contextualSpacing/>
    </w:pPr>
  </w:style>
  <w:style w:type="paragraph" w:styleId="Numeroelenco3">
    <w:name w:val="List Number 3"/>
    <w:basedOn w:val="Normale"/>
    <w:uiPriority w:val="99"/>
    <w:unhideWhenUsed/>
    <w:rsid w:val="0029639D"/>
    <w:pPr>
      <w:numPr>
        <w:numId w:val="7"/>
      </w:numPr>
      <w:contextualSpacing/>
    </w:pPr>
  </w:style>
  <w:style w:type="paragraph" w:styleId="Elencocontinua">
    <w:name w:val="List Continue"/>
    <w:basedOn w:val="Normale"/>
    <w:uiPriority w:val="99"/>
    <w:unhideWhenUsed/>
    <w:rsid w:val="0029639D"/>
    <w:pPr>
      <w:spacing w:after="120"/>
      <w:ind w:left="360"/>
      <w:contextualSpacing/>
    </w:pPr>
  </w:style>
  <w:style w:type="paragraph" w:styleId="Elencocontinua2">
    <w:name w:val="List Continue 2"/>
    <w:basedOn w:val="Normale"/>
    <w:uiPriority w:val="99"/>
    <w:unhideWhenUsed/>
    <w:rsid w:val="0029639D"/>
    <w:pPr>
      <w:spacing w:after="120"/>
      <w:ind w:left="720"/>
      <w:contextualSpacing/>
    </w:pPr>
  </w:style>
  <w:style w:type="paragraph" w:styleId="Elencocontinua3">
    <w:name w:val="List Continue 3"/>
    <w:basedOn w:val="Normale"/>
    <w:uiPriority w:val="99"/>
    <w:unhideWhenUsed/>
    <w:rsid w:val="0029639D"/>
    <w:pPr>
      <w:spacing w:after="120"/>
      <w:ind w:left="1080"/>
      <w:contextualSpacing/>
    </w:pPr>
  </w:style>
  <w:style w:type="paragraph" w:styleId="Testomacro">
    <w:name w:val="macro"/>
    <w:link w:val="TestomacroCarattere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stomacroCarattere">
    <w:name w:val="Testo macro Carattere"/>
    <w:basedOn w:val="Carpredefinitoparagrafo"/>
    <w:link w:val="Testomacro"/>
    <w:uiPriority w:val="99"/>
    <w:rsid w:val="0029639D"/>
    <w:rPr>
      <w:rFonts w:ascii="Courier" w:hAnsi="Courier"/>
      <w:sz w:val="20"/>
      <w:szCs w:val="20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FC693F"/>
    <w:rPr>
      <w:i/>
      <w:iCs/>
      <w:color w:val="000000" w:themeColor="text1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FC693F"/>
    <w:rPr>
      <w:i/>
      <w:iCs/>
      <w:color w:val="000000" w:themeColor="text1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Didascalia">
    <w:name w:val="caption"/>
    <w:basedOn w:val="Normale"/>
    <w:next w:val="Normale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Cs w:val="18"/>
    </w:rPr>
  </w:style>
  <w:style w:type="character" w:styleId="Enfasigrassetto">
    <w:name w:val="Strong"/>
    <w:basedOn w:val="Carpredefinitoparagrafo"/>
    <w:uiPriority w:val="22"/>
    <w:qFormat/>
    <w:rsid w:val="00FC693F"/>
    <w:rPr>
      <w:b/>
      <w:bCs/>
    </w:rPr>
  </w:style>
  <w:style w:type="character" w:styleId="Enfasicorsivo">
    <w:name w:val="Emphasis"/>
    <w:basedOn w:val="Carpredefinitoparagrafo"/>
    <w:uiPriority w:val="20"/>
    <w:qFormat/>
    <w:rsid w:val="00FC693F"/>
    <w:rPr>
      <w:i/>
      <w:iCs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FC693F"/>
    <w:rPr>
      <w:b/>
      <w:bCs/>
      <w:i/>
      <w:iCs/>
      <w:color w:val="4F81BD" w:themeColor="accent1"/>
    </w:rPr>
  </w:style>
  <w:style w:type="character" w:styleId="Enfasidelicata">
    <w:name w:val="Subtle Emphasis"/>
    <w:basedOn w:val="Carpredefinitoparagrafo"/>
    <w:uiPriority w:val="19"/>
    <w:qFormat/>
    <w:rsid w:val="00FC693F"/>
    <w:rPr>
      <w:i/>
      <w:iCs/>
      <w:color w:val="808080" w:themeColor="text1" w:themeTint="7F"/>
    </w:rPr>
  </w:style>
  <w:style w:type="character" w:styleId="Enfasiintensa">
    <w:name w:val="Intense Emphasis"/>
    <w:basedOn w:val="Carpredefinitoparagrafo"/>
    <w:uiPriority w:val="21"/>
    <w:qFormat/>
    <w:rsid w:val="00FC693F"/>
    <w:rPr>
      <w:b/>
      <w:bCs/>
      <w:i/>
      <w:iCs/>
      <w:color w:val="4F81BD" w:themeColor="accent1"/>
    </w:rPr>
  </w:style>
  <w:style w:type="character" w:styleId="Riferimentodelicato">
    <w:name w:val="Subtle Reference"/>
    <w:basedOn w:val="Carpredefinitoparagrafo"/>
    <w:uiPriority w:val="31"/>
    <w:qFormat/>
    <w:rsid w:val="00FC693F"/>
    <w:rPr>
      <w:smallCaps/>
      <w:color w:val="C0504D" w:themeColor="accent2"/>
      <w:u w:val="single"/>
    </w:rPr>
  </w:style>
  <w:style w:type="character" w:styleId="Riferimentointenso">
    <w:name w:val="Intense Reference"/>
    <w:basedOn w:val="Carpredefinitoparagrafo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itolodellibro">
    <w:name w:val="Book Title"/>
    <w:basedOn w:val="Carpredefinitoparagrafo"/>
    <w:uiPriority w:val="33"/>
    <w:qFormat/>
    <w:rsid w:val="00FC693F"/>
    <w:rPr>
      <w:b/>
      <w:bCs/>
      <w:smallCaps/>
      <w:spacing w:val="5"/>
    </w:rPr>
  </w:style>
  <w:style w:type="paragraph" w:styleId="Titolosommario">
    <w:name w:val="TOC Heading"/>
    <w:basedOn w:val="Titolo1"/>
    <w:next w:val="Normale"/>
    <w:uiPriority w:val="39"/>
    <w:semiHidden/>
    <w:unhideWhenUsed/>
    <w:qFormat/>
    <w:rsid w:val="00FC693F"/>
    <w:pPr>
      <w:outlineLvl w:val="9"/>
    </w:pPr>
  </w:style>
  <w:style w:type="table" w:styleId="Grigliatabella">
    <w:name w:val="Table Grid"/>
    <w:basedOn w:val="Tabellanormale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fondochiaro">
    <w:name w:val="Light Shading"/>
    <w:basedOn w:val="Tabellanormale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fondochiaro-Colore1">
    <w:name w:val="Light Shading Accent 1"/>
    <w:basedOn w:val="Tabellanormale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fondochiaro-Colore2">
    <w:name w:val="Light Shading Accent 2"/>
    <w:basedOn w:val="Tabellanormale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fondochiaro-Colore3">
    <w:name w:val="Light Shading Accent 3"/>
    <w:basedOn w:val="Tabellanormale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fondochiaro-Colore4">
    <w:name w:val="Light Shading Accent 4"/>
    <w:basedOn w:val="Tabellanormale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fondochiaro-Colore5">
    <w:name w:val="Light Shading Accent 5"/>
    <w:basedOn w:val="Tabellanormale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fondochiaro-Colore6">
    <w:name w:val="Light Shading Accent 6"/>
    <w:basedOn w:val="Tabellanormale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Elencochiaro">
    <w:name w:val="Light List"/>
    <w:basedOn w:val="Tabellanormale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Elencochiaro-Colore1">
    <w:name w:val="Light List Accent 1"/>
    <w:basedOn w:val="Tabellanormale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Elencochiaro-Colore2">
    <w:name w:val="Light List Accent 2"/>
    <w:basedOn w:val="Tabellanorma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Elencochiaro-Colore3">
    <w:name w:val="Light List Accent 3"/>
    <w:basedOn w:val="Tabellanorma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Elencochiaro-Colore4">
    <w:name w:val="Light List Accent 4"/>
    <w:basedOn w:val="Tabellanorma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Elencochiaro-Colore5">
    <w:name w:val="Light List Accent 5"/>
    <w:basedOn w:val="Tabellanorma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Elencochiaro-Colore6">
    <w:name w:val="Light List Accent 6"/>
    <w:basedOn w:val="Tabellanorma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Grigliachiara">
    <w:name w:val="Light Grid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Grigliachiara-Colore1">
    <w:name w:val="Light Grid Accent 1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Grigliachiara-Colore2">
    <w:name w:val="Light Grid Accent 2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Grigliachiara-Colore3">
    <w:name w:val="Light Grid Accent 3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Grigliachiara-Colore4">
    <w:name w:val="Light Grid Accent 4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Grigliachiara-Colore5">
    <w:name w:val="Light Grid Accent 5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Grigliachiara-Colore6">
    <w:name w:val="Light Grid Accent 6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fondomedio1">
    <w:name w:val="Medium Shading 1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1">
    <w:name w:val="Medium Shading 1 Accent 1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2">
    <w:name w:val="Medium Shading 1 Accent 2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3">
    <w:name w:val="Medium Shading 1 Accent 3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4">
    <w:name w:val="Medium Shading 1 Accent 4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5">
    <w:name w:val="Medium Shading 1 Accent 5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6">
    <w:name w:val="Medium Shading 1 Accent 6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2">
    <w:name w:val="Medium Shading 2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1">
    <w:name w:val="Medium Shading 2 Accent 1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2">
    <w:name w:val="Medium Shading 2 Accent 2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3">
    <w:name w:val="Medium Shading 2 Accent 3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4">
    <w:name w:val="Medium Shading 2 Accent 4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5">
    <w:name w:val="Medium Shading 2 Accent 5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6">
    <w:name w:val="Medium Shading 2 Accent 6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Elencomedio1">
    <w:name w:val="Medium List 1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Elencomedio1-Colore1">
    <w:name w:val="Medium List 1 Accent 1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Elencomedio1-Colore2">
    <w:name w:val="Medium List 1 Accent 2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Elencomedio1-Colore3">
    <w:name w:val="Medium List 1 Accent 3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Elencomedio1-Colore4">
    <w:name w:val="Medium List 1 Accent 4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Elencomedio1-Colore5">
    <w:name w:val="Medium List 1 Accent 5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Elencomedio1-Colore6">
    <w:name w:val="Medium List 1 Accent 6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Elencomedio2">
    <w:name w:val="Medium List 2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1">
    <w:name w:val="Medium List 2 Accent 1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2">
    <w:name w:val="Medium List 2 Accent 2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3">
    <w:name w:val="Medium List 2 Accent 3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4">
    <w:name w:val="Medium List 2 Accent 4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5">
    <w:name w:val="Medium List 2 Accent 5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6">
    <w:name w:val="Medium List 2 Accent 6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Grigliamedia1">
    <w:name w:val="Medium Grid 1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igliamedia1-Colore1">
    <w:name w:val="Medium Grid 1 Accent 1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igliamedia1-Colore2">
    <w:name w:val="Medium Grid 1 Accent 2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igliamedia1-Colore3">
    <w:name w:val="Medium Grid 1 Accent 3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igliamedia1-Colore4">
    <w:name w:val="Medium Grid 1 Accent 4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igliamedia1-Colore5">
    <w:name w:val="Medium Grid 1 Accent 5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igliamedia1-Colore6">
    <w:name w:val="Medium Grid 1 Accent 6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Grigliamedia2">
    <w:name w:val="Medium Grid 2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1">
    <w:name w:val="Medium Grid 2 Accent 1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2">
    <w:name w:val="Medium Grid 2 Accent 2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3">
    <w:name w:val="Medium Grid 2 Accent 3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4">
    <w:name w:val="Medium Grid 2 Accent 4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5">
    <w:name w:val="Medium Grid 2 Accent 5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6">
    <w:name w:val="Medium Grid 2 Accent 6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3">
    <w:name w:val="Medium Grid 3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Grigliamedia3-Colore1">
    <w:name w:val="Medium Grid 3 Accent 1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Grigliamedia3-Colore2">
    <w:name w:val="Medium Grid 3 Accent 2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Grigliamedia3-Colore3">
    <w:name w:val="Medium Grid 3 Accent 3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Grigliamedia3-Colore4">
    <w:name w:val="Medium Grid 3 Accent 4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Grigliamedia3-Colore5">
    <w:name w:val="Medium Grid 3 Accent 5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Grigliamedia3-Colore6">
    <w:name w:val="Medium Grid 3 Accent 6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Elencoscuro">
    <w:name w:val="Dark List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Elencoscuro-Colore1">
    <w:name w:val="Dark List Accent 1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Elencoscuro-Colore2">
    <w:name w:val="Dark List Accent 2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Elencoscuro-Colore3">
    <w:name w:val="Dark List Accent 3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Elencoscuro-Colore4">
    <w:name w:val="Dark List Accent 4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Elencoscuro-Colore5">
    <w:name w:val="Dark List Accent 5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Elencoscuro-Colore6">
    <w:name w:val="Dark List Accent 6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fondoacolori">
    <w:name w:val="Colorful Shading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fondoacolori-Colore1">
    <w:name w:val="Colorful Shading Accent 1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fondoacolori-Colore2">
    <w:name w:val="Colorful Shading Accent 2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fondoacolori-Colore3">
    <w:name w:val="Colorful Shading Accent 3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fondoacolori-Colore4">
    <w:name w:val="Colorful Shading Accent 4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fondoacolori-Colore5">
    <w:name w:val="Colorful Shading Accent 5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fondoacolori-Colore6">
    <w:name w:val="Colorful Shading Accent 6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Elencoacolori">
    <w:name w:val="Colorful List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Elencoacolori-Colore1">
    <w:name w:val="Colorful List Accent 1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Elencoacolori-Colore2">
    <w:name w:val="Colorful List Accent 2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Elencoacolori-Colore3">
    <w:name w:val="Colorful List Accent 3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Elencoacolori-Colore4">
    <w:name w:val="Colorful List Accent 4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Elencoacolori-Colore5">
    <w:name w:val="Colorful List Accent 5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Elencoacolori-Colore6">
    <w:name w:val="Colorful List Accent 6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Grigliaacolori">
    <w:name w:val="Colorful Grid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igliaacolori-Colore1">
    <w:name w:val="Colorful Grid Accent 1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igliaacolori-Colore2">
    <w:name w:val="Colorful Grid Accent 2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igliaacolori-Colore3">
    <w:name w:val="Colorful Grid Accent 3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igliaacolori-Colore4">
    <w:name w:val="Colorful Grid Accent 4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igliaacolori-Colore5">
    <w:name w:val="Colorful Grid Accent 5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igliaacolori-Colore6">
    <w:name w:val="Colorful Grid Accent 6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745</Words>
  <Characters>4252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4988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Modello domanda contributo centri estivi presso altri Comuni - Comune di Condove 2026</dc:title>
  <dc:subject/>
  <dc:creator>Comune di Condove</dc:creator>
  <cp:keywords/>
  <dc:description>generated by python-docx</dc:description>
  <cp:lastModifiedBy>Roberta Rodella</cp:lastModifiedBy>
  <cp:revision>2</cp:revision>
  <dcterms:created xsi:type="dcterms:W3CDTF">2013-12-23T23:15:00Z</dcterms:created>
  <dcterms:modified xsi:type="dcterms:W3CDTF">2026-05-06T10:47:00Z</dcterms:modified>
  <cp:category/>
</cp:coreProperties>
</file>